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WYMAGANIA NA POSZCZEGÓLNE OCENY</w:t>
        <w:br/>
      </w:r>
      <w:r>
        <w:rPr>
          <w:sz w:val="32"/>
        </w:rPr>
        <w:t>Z MATEMATYKI – KLASA IV</w:t>
      </w:r>
    </w:p>
    <w:p>
      <w:pPr>
        <w:jc w:val="center"/>
      </w:pPr>
      <w:r>
        <w:rPr>
          <w:i/>
          <w:color w:val="646464"/>
        </w:rPr>
        <w:t>Czytelnie uporządkowany materiał źródłowy</w:t>
      </w:r>
    </w:p>
    <w:p>
      <w:pPr>
        <w:pStyle w:val="Heading1"/>
      </w:pPr>
      <w:r>
        <w:t>Poziomy wymagań edukacyjnych</w:t>
      </w:r>
    </w:p>
    <w:p>
      <w:pPr>
        <w:pStyle w:val="ListBullet"/>
      </w:pPr>
      <w:r>
        <w:rPr>
          <w:b/>
        </w:rPr>
        <w:t xml:space="preserve">K – konieczny — </w:t>
      </w:r>
      <w:r>
        <w:t>ocena dopuszczająca (2)</w:t>
      </w:r>
    </w:p>
    <w:p>
      <w:pPr>
        <w:pStyle w:val="ListBullet"/>
      </w:pPr>
      <w:r>
        <w:rPr>
          <w:b/>
        </w:rPr>
        <w:t xml:space="preserve">P – podstawowy — </w:t>
      </w:r>
      <w:r>
        <w:t>ocena dostateczna (3)</w:t>
      </w:r>
    </w:p>
    <w:p>
      <w:pPr>
        <w:pStyle w:val="ListBullet"/>
      </w:pPr>
      <w:r>
        <w:rPr>
          <w:b/>
        </w:rPr>
        <w:t xml:space="preserve">R – rozszerzający — </w:t>
      </w:r>
      <w:r>
        <w:t>ocena dobra (4)</w:t>
      </w:r>
    </w:p>
    <w:p>
      <w:pPr>
        <w:pStyle w:val="ListBullet"/>
      </w:pPr>
      <w:r>
        <w:rPr>
          <w:b/>
        </w:rPr>
        <w:t xml:space="preserve">D – dopełniający — </w:t>
      </w:r>
      <w:r>
        <w:t>ocena bardzo dobra (5)</w:t>
      </w:r>
    </w:p>
    <w:p>
      <w:pPr>
        <w:pStyle w:val="ListBullet"/>
      </w:pPr>
      <w:r>
        <w:rPr>
          <w:b/>
        </w:rPr>
        <w:t xml:space="preserve">W – wykraczający — </w:t>
      </w:r>
      <w:r>
        <w:t>ocena celująca (6)</w:t>
      </w:r>
    </w:p>
    <w:p>
      <w:r>
        <w:rPr>
          <w:b/>
        </w:rPr>
        <w:t xml:space="preserve">Uwaga: </w:t>
      </w:r>
      <w:r>
        <w:t>W oryginale treści nieobowiązkowe wyróżniono szarym tłem. Oznaczenia poziomów (K, P, R, D, W) pozostawiono przy wymaganiach.</w:t>
      </w:r>
    </w:p>
    <w:p>
      <w:r>
        <w:br w:type="page"/>
      </w:r>
    </w:p>
    <w:p>
      <w:pPr>
        <w:pStyle w:val="Heading1"/>
      </w:pPr>
      <w:r>
        <w:t>Dział 1. Liczby I Działania</w:t>
      </w:r>
    </w:p>
    <w:p>
      <w:pPr>
        <w:pStyle w:val="Heading2"/>
      </w:pPr>
      <w:r>
        <w:t>Wymagania na ocenę dopuszczającą. Uczeń:</w:t>
      </w:r>
    </w:p>
    <w:p>
      <w:pPr>
        <w:pStyle w:val="ListBullet"/>
        <w:ind w:left="360" w:hanging="216"/>
      </w:pPr>
      <w:r>
        <w:t>zna pojęcie składnika i sumy (K)</w:t>
      </w:r>
    </w:p>
    <w:p>
      <w:pPr>
        <w:pStyle w:val="ListBullet"/>
        <w:ind w:left="360" w:hanging="216"/>
      </w:pPr>
      <w:r>
        <w:t>zna pojęcie odjemnej, odjemnika i różnicy (K)</w:t>
      </w:r>
    </w:p>
    <w:p>
      <w:pPr>
        <w:pStyle w:val="ListBullet"/>
        <w:ind w:left="360" w:hanging="216"/>
      </w:pPr>
      <w:r>
        <w:t>umie pamięciowo dodawać i odejmować liczby w zakresie 200 bez przekraczania progu dziesiątkowego i z jego przekraczaniem (K)</w:t>
      </w:r>
    </w:p>
    <w:p>
      <w:pPr>
        <w:pStyle w:val="ListBullet"/>
        <w:ind w:left="360" w:hanging="216"/>
      </w:pPr>
      <w:r>
        <w:t>umie powiększać lub pomniejszać liczbę o daną liczbę naturalną (K–P)</w:t>
      </w:r>
    </w:p>
    <w:p>
      <w:pPr>
        <w:pStyle w:val="ListBullet"/>
        <w:ind w:left="360" w:hanging="216"/>
      </w:pPr>
      <w:r>
        <w:t>umie obliczać, o ile większa (mniejsza) jest jedna liczba od drugiej (K–P)</w:t>
      </w:r>
    </w:p>
    <w:p>
      <w:pPr>
        <w:pStyle w:val="ListBullet"/>
        <w:ind w:left="360" w:hanging="216"/>
      </w:pPr>
      <w:r>
        <w:t>zna pojęcie czynnika i iloczynu (K)</w:t>
      </w:r>
    </w:p>
    <w:p>
      <w:pPr>
        <w:pStyle w:val="ListBullet"/>
        <w:ind w:left="360" w:hanging="216"/>
      </w:pPr>
      <w:r>
        <w:t>zna pojęcie dzielnej, dzielnika i ilorazu (K)</w:t>
      </w:r>
    </w:p>
    <w:p>
      <w:pPr>
        <w:pStyle w:val="ListBullet"/>
        <w:ind w:left="360" w:hanging="216"/>
      </w:pPr>
      <w:r>
        <w:t>zna zasadę nie wykonywalności dzielenia przez 0 (K)</w:t>
      </w:r>
    </w:p>
    <w:p>
      <w:pPr>
        <w:pStyle w:val="ListBullet"/>
        <w:ind w:left="360" w:hanging="216"/>
      </w:pPr>
      <w:r>
        <w:t>zna rolę liczb 0 i 1 w poznanych działaniach (K)</w:t>
      </w:r>
    </w:p>
    <w:p>
      <w:pPr>
        <w:pStyle w:val="ListBullet"/>
        <w:ind w:left="360" w:hanging="216"/>
      </w:pPr>
      <w:r>
        <w:t>zna tabliczkę mnożenia (K)</w:t>
      </w:r>
    </w:p>
    <w:p>
      <w:pPr>
        <w:pStyle w:val="ListBullet"/>
        <w:ind w:left="360" w:hanging="216"/>
      </w:pPr>
      <w:r>
        <w:t>umie pamięciowo dzielić liczby dwucyfrowe przez jednocyfrowe w zakresie tabliczki mnożenia (K)</w:t>
      </w:r>
    </w:p>
    <w:p>
      <w:pPr>
        <w:pStyle w:val="ListBullet"/>
        <w:ind w:left="360" w:hanging="216"/>
      </w:pPr>
      <w:r>
        <w:t>umie mnożyć liczby przez 0 (K)</w:t>
      </w:r>
    </w:p>
    <w:p>
      <w:pPr>
        <w:pStyle w:val="ListBullet"/>
        <w:ind w:left="360" w:hanging="216"/>
      </w:pPr>
      <w:r>
        <w:t>umie posługiwać się liczbą 1 w mnożeniu i dzieleniu (K)</w:t>
      </w:r>
    </w:p>
    <w:p>
      <w:pPr>
        <w:pStyle w:val="ListBullet"/>
        <w:ind w:left="360" w:hanging="216"/>
      </w:pPr>
      <w:r>
        <w:t>zna prawo przemienności mnożenia (K)</w:t>
      </w:r>
    </w:p>
    <w:p>
      <w:pPr>
        <w:pStyle w:val="ListBullet"/>
        <w:ind w:left="360" w:hanging="216"/>
      </w:pPr>
      <w:r>
        <w:t>zna zasadę mnożenia i dzielenia przez 10, 100… (K)</w:t>
      </w:r>
    </w:p>
    <w:p>
      <w:pPr>
        <w:pStyle w:val="ListBullet"/>
        <w:ind w:left="360" w:hanging="216"/>
      </w:pPr>
      <w:r>
        <w:t>umie pamięciowo mnożyć liczby jednocyfrowe przez dwucyfrowe w zakresie 200 (K)</w:t>
      </w:r>
    </w:p>
    <w:p>
      <w:pPr>
        <w:pStyle w:val="ListBullet"/>
        <w:ind w:left="360" w:hanging="216"/>
      </w:pPr>
      <w:r>
        <w:t>umie pamięciowo dzielić liczby dwucyfrowe przez jednocyfrowe lub dwucyfrowe w zakresie 100 (K)</w:t>
      </w:r>
    </w:p>
    <w:p>
      <w:pPr>
        <w:pStyle w:val="ListBullet"/>
        <w:ind w:left="360" w:hanging="216"/>
      </w:pPr>
      <w:r>
        <w:t>umie pomniejszać lub powiększać liczbę n razy (K–P)</w:t>
      </w:r>
    </w:p>
    <w:p>
      <w:pPr>
        <w:pStyle w:val="ListBullet"/>
        <w:ind w:left="360" w:hanging="216"/>
      </w:pPr>
      <w:r>
        <w:t>umie obliczać, ile razy większa (mniejsza) jest jedna liczba od drugiej (K–P)</w:t>
      </w:r>
    </w:p>
    <w:p>
      <w:pPr>
        <w:pStyle w:val="ListBullet"/>
        <w:ind w:left="360" w:hanging="216"/>
      </w:pPr>
      <w:r>
        <w:t>zna pojęcie reszty z dzielenia (K)</w:t>
      </w:r>
    </w:p>
    <w:p>
      <w:pPr>
        <w:pStyle w:val="ListBullet"/>
        <w:ind w:left="360" w:hanging="216"/>
      </w:pPr>
      <w:r>
        <w:t>zna zapis potęgi (K)</w:t>
      </w:r>
    </w:p>
    <w:p>
      <w:pPr>
        <w:pStyle w:val="ListBullet"/>
        <w:ind w:left="360" w:hanging="216"/>
      </w:pPr>
      <w:r>
        <w:t>zna kolejność wykonywania działań, gdy nie występują nawiasy (K)</w:t>
      </w:r>
    </w:p>
    <w:p>
      <w:pPr>
        <w:pStyle w:val="ListBullet"/>
        <w:ind w:left="360" w:hanging="216"/>
      </w:pPr>
      <w:r>
        <w:t>umie obliczać wartości dwudziałaniowych wyrażeń arytmetycznych zapisanych bez użycia nawiasów (K)</w:t>
      </w:r>
    </w:p>
    <w:p>
      <w:pPr>
        <w:pStyle w:val="ListBullet"/>
        <w:ind w:left="360" w:hanging="216"/>
      </w:pPr>
      <w:r>
        <w:t>umie obliczać wartości dwudziałaniowych wyrażeń arytmetycznych zapisanych z użyciem nawiasów (K)</w:t>
      </w:r>
    </w:p>
    <w:p>
      <w:pPr>
        <w:pStyle w:val="ListBullet"/>
        <w:ind w:left="360" w:hanging="216"/>
      </w:pPr>
      <w:r>
        <w:t>zna pojęcie osi liczbowej (K)</w:t>
      </w:r>
    </w:p>
    <w:p>
      <w:pPr>
        <w:pStyle w:val="ListBullet"/>
        <w:ind w:left="360" w:hanging="216"/>
      </w:pPr>
      <w:r>
        <w:t>rozumie potrzebę dostosowania jednostki osi liczbowej do zaznaczanych liczb (K)</w:t>
      </w:r>
    </w:p>
    <w:p>
      <w:pPr>
        <w:pStyle w:val="ListBullet"/>
        <w:ind w:left="360" w:hanging="216"/>
      </w:pPr>
      <w:r>
        <w:t>umie przedstawiać liczby naturalne na osi liczbowej (K)</w:t>
      </w:r>
    </w:p>
    <w:p>
      <w:pPr>
        <w:pStyle w:val="ListBullet"/>
        <w:ind w:left="360" w:hanging="216"/>
      </w:pPr>
      <w:r>
        <w:t>umie odczytywać współrzędne punktów na osi liczbowej z zaznaczoną jednostką (K–P) Wymagania  na ocenę dostateczną (oprócz spełnienia wymagań na ocenę dopuszczającą). Uczeń:</w:t>
      </w:r>
    </w:p>
    <w:p>
      <w:pPr>
        <w:pStyle w:val="ListBullet"/>
        <w:ind w:left="360" w:hanging="216"/>
      </w:pPr>
      <w:r>
        <w:t>zna prawo przemienności dodawania (P)</w:t>
      </w:r>
    </w:p>
    <w:p>
      <w:pPr>
        <w:pStyle w:val="ListBullet"/>
        <w:ind w:left="360" w:hanging="216"/>
      </w:pPr>
      <w:r>
        <w:t>umie dopełniać składniki do określonej wartości (P)</w:t>
      </w:r>
    </w:p>
    <w:p>
      <w:pPr>
        <w:pStyle w:val="ListBullet"/>
        <w:ind w:left="360" w:hanging="216"/>
      </w:pPr>
      <w:r>
        <w:t>umie obliczać odjemną (lub odjemnik), znając różnicę i odjemnik (lub odjemną) (P)</w:t>
      </w:r>
    </w:p>
    <w:p>
      <w:pPr>
        <w:pStyle w:val="ListBullet"/>
        <w:ind w:left="360" w:hanging="216"/>
      </w:pPr>
      <w:r>
        <w:t>umie porównywać różnicowo (P)</w:t>
      </w:r>
    </w:p>
    <w:p>
      <w:pPr>
        <w:pStyle w:val="ListBullet"/>
        <w:ind w:left="360" w:hanging="216"/>
      </w:pPr>
      <w:r>
        <w:t>umie powiększać lub pomniejszać liczbę o daną liczbę naturalną (K–P)</w:t>
      </w:r>
    </w:p>
    <w:p>
      <w:pPr>
        <w:pStyle w:val="ListBullet"/>
        <w:ind w:left="360" w:hanging="216"/>
      </w:pPr>
      <w:r>
        <w:t>umie obliczać, o ile większa (mniejsza) jest jedna liczba od drugiej (K–P)</w:t>
      </w:r>
    </w:p>
    <w:p>
      <w:pPr>
        <w:pStyle w:val="ListBullet"/>
        <w:ind w:left="360" w:hanging="216"/>
      </w:pPr>
      <w:r>
        <w:t>umie obliczać liczbę wiedząc, o ile jest większa (mniejsza) od danej (P)</w:t>
      </w:r>
    </w:p>
    <w:p>
      <w:pPr>
        <w:pStyle w:val="ListBullet"/>
        <w:ind w:left="360" w:hanging="216"/>
      </w:pPr>
      <w:r>
        <w:t>umie rozwiązywać jednodziałaniowe zadania tekstowe (P)</w:t>
      </w:r>
    </w:p>
    <w:p>
      <w:pPr>
        <w:pStyle w:val="ListBullet"/>
        <w:ind w:left="360" w:hanging="216"/>
      </w:pPr>
      <w:r>
        <w:t>zna prawo przemienności mnożenia (P)</w:t>
      </w:r>
    </w:p>
    <w:p>
      <w:pPr>
        <w:pStyle w:val="ListBullet"/>
        <w:ind w:left="360" w:hanging="216"/>
      </w:pPr>
      <w:r>
        <w:t>umie rozwiązywać jednodziałaniowe zadania tekstowe (P)</w:t>
      </w:r>
    </w:p>
    <w:p>
      <w:pPr>
        <w:pStyle w:val="ListBullet"/>
        <w:ind w:left="360" w:hanging="216"/>
      </w:pPr>
      <w:r>
        <w:t>umie pamięciowo mnożyć i dzielić liczby przez pełne dziesiątki, setki (P)</w:t>
      </w:r>
    </w:p>
    <w:p>
      <w:pPr>
        <w:pStyle w:val="ListBullet"/>
        <w:ind w:left="360" w:hanging="216"/>
      </w:pPr>
      <w:r>
        <w:t>umie obliczać jeden z czynników, mając iloczyn i drugi czynnik (P)</w:t>
      </w:r>
    </w:p>
    <w:p>
      <w:pPr>
        <w:pStyle w:val="ListBullet"/>
        <w:ind w:left="360" w:hanging="216"/>
      </w:pPr>
      <w:r>
        <w:t>umie sprawdzać poprawność wykonania działania (P)</w:t>
      </w:r>
    </w:p>
    <w:p>
      <w:pPr>
        <w:pStyle w:val="ListBullet"/>
        <w:ind w:left="360" w:hanging="216"/>
      </w:pPr>
      <w:r>
        <w:t>umie porównywać ilorazowo (P)</w:t>
      </w:r>
    </w:p>
    <w:p>
      <w:pPr>
        <w:pStyle w:val="ListBullet"/>
        <w:ind w:left="360" w:hanging="216"/>
      </w:pPr>
      <w:r>
        <w:t>umie pomniejszać lub powiększać liczbę n razy (K–P)</w:t>
      </w:r>
    </w:p>
    <w:p>
      <w:pPr>
        <w:pStyle w:val="ListBullet"/>
        <w:ind w:left="360" w:hanging="216"/>
      </w:pPr>
      <w:r>
        <w:t>umie obliczać liczbę wiedząc, ile razy jest ona większa (mniejsza) od danej (P)</w:t>
      </w:r>
    </w:p>
    <w:p>
      <w:pPr>
        <w:pStyle w:val="ListBullet"/>
        <w:ind w:left="360" w:hanging="216"/>
      </w:pPr>
      <w:r>
        <w:t>umie obliczać, ile razy większa (mniejsza) jest jedna liczba od drugiej (K–P)</w:t>
      </w:r>
    </w:p>
    <w:p>
      <w:pPr>
        <w:pStyle w:val="ListBullet"/>
        <w:ind w:left="360" w:hanging="216"/>
      </w:pPr>
      <w:r>
        <w:t>wie, że reszta jest mniejsza od dzielnika (P)</w:t>
      </w:r>
    </w:p>
    <w:p>
      <w:pPr>
        <w:pStyle w:val="ListBullet"/>
        <w:ind w:left="360" w:hanging="216"/>
      </w:pPr>
      <w:r>
        <w:t>umie wykonywać dzielenie z resztą (P)</w:t>
      </w:r>
    </w:p>
    <w:p>
      <w:pPr>
        <w:pStyle w:val="ListBullet"/>
        <w:ind w:left="360" w:hanging="216"/>
      </w:pPr>
      <w:r>
        <w:t>umie obliczać dzielną, mając iloraz, dzielnik oraz resztę z dzielenia (P)</w:t>
      </w:r>
    </w:p>
    <w:p>
      <w:pPr>
        <w:pStyle w:val="ListBullet"/>
        <w:ind w:left="360" w:hanging="216"/>
      </w:pPr>
      <w:r>
        <w:t>zna pojęcie potęgi (P)</w:t>
      </w:r>
    </w:p>
    <w:p>
      <w:pPr>
        <w:pStyle w:val="ListBullet"/>
        <w:ind w:left="360" w:hanging="216"/>
      </w:pPr>
      <w:r>
        <w:t>umie czytać ze zrozumieniem zadania tekstowe (P)</w:t>
      </w:r>
    </w:p>
    <w:p>
      <w:pPr>
        <w:pStyle w:val="ListBullet"/>
        <w:ind w:left="360" w:hanging="216"/>
      </w:pPr>
      <w:r>
        <w:t>umie odpowiadać na pytania zawarte w prostym zadaniu tekstowym (P)</w:t>
      </w:r>
    </w:p>
    <w:p>
      <w:pPr>
        <w:pStyle w:val="ListBullet"/>
        <w:ind w:left="360" w:hanging="216"/>
      </w:pPr>
      <w:r>
        <w:t>umie porządkować podane w zadaniu informacje (P)</w:t>
      </w:r>
    </w:p>
    <w:p>
      <w:pPr>
        <w:pStyle w:val="ListBullet"/>
        <w:ind w:left="360" w:hanging="216"/>
      </w:pPr>
      <w:r>
        <w:t>umie zapisać rozwiązanie zadania tekstowego (P)</w:t>
      </w:r>
    </w:p>
    <w:p>
      <w:pPr>
        <w:pStyle w:val="ListBullet"/>
        <w:ind w:left="360" w:hanging="216"/>
      </w:pPr>
      <w:r>
        <w:t>rozumie potrzebę porządkowania podanych informacji (P)</w:t>
      </w:r>
    </w:p>
    <w:p>
      <w:pPr>
        <w:pStyle w:val="ListBullet"/>
        <w:ind w:left="360" w:hanging="216"/>
      </w:pPr>
      <w:r>
        <w:t>zna kolejność wykonywania działań, gdy występują nawiasy (P)</w:t>
      </w:r>
    </w:p>
    <w:p>
      <w:pPr>
        <w:pStyle w:val="ListBullet"/>
        <w:ind w:left="360" w:hanging="216"/>
      </w:pPr>
      <w:r>
        <w:t>umie odczytywać współrzędne punktów na osi liczbowej z zaznaczoną jednostką (K –P) Wymagania  na ocenę dobrą (oprócz spełnienia wymagań na ocenę dostateczną). Uczeń:</w:t>
      </w:r>
    </w:p>
    <w:p>
      <w:pPr>
        <w:pStyle w:val="ListBullet"/>
        <w:ind w:left="360" w:hanging="216"/>
      </w:pPr>
      <w:r>
        <w:t>umie rozwiązywać jednodziałaniowe trudniejsze zadania tekstowe (R)</w:t>
      </w:r>
    </w:p>
    <w:p>
      <w:pPr>
        <w:pStyle w:val="ListBullet"/>
        <w:ind w:left="360" w:hanging="216"/>
      </w:pPr>
      <w:r>
        <w:t>umie obliczać dzielną (lub dzielnik), mając iloraz i dzielnik (lub dzielną) (R)</w:t>
      </w:r>
    </w:p>
    <w:p>
      <w:pPr>
        <w:pStyle w:val="ListBullet"/>
        <w:ind w:left="360" w:hanging="216"/>
      </w:pPr>
      <w:r>
        <w:t>umie rozwiązywać zadania tekstowe z zastosowaniem dzielenia z resztą (R–W)</w:t>
      </w:r>
    </w:p>
    <w:p>
      <w:pPr>
        <w:pStyle w:val="ListBullet"/>
        <w:ind w:left="360" w:hanging="216"/>
      </w:pPr>
      <w:r>
        <w:t>zna związek potęgi z iloczynem (R)</w:t>
      </w:r>
    </w:p>
    <w:p>
      <w:pPr>
        <w:pStyle w:val="ListBullet"/>
        <w:ind w:left="360" w:hanging="216"/>
      </w:pPr>
      <w:r>
        <w:t>umie obliczać kwadraty i sześciany liczb (R)</w:t>
      </w:r>
    </w:p>
    <w:p>
      <w:pPr>
        <w:pStyle w:val="ListBullet"/>
        <w:ind w:left="360" w:hanging="216"/>
      </w:pPr>
      <w:r>
        <w:t>umie rozwiązywać trudniejsze zadania tekstowe (R–W)</w:t>
      </w:r>
    </w:p>
    <w:p>
      <w:pPr>
        <w:pStyle w:val="ListBullet"/>
        <w:ind w:left="360" w:hanging="216"/>
      </w:pPr>
      <w:r>
        <w:t>umie odpowiadać na pytania zawarte w trudniejszym zadaniu tekstowym (R)</w:t>
      </w:r>
    </w:p>
    <w:p>
      <w:pPr>
        <w:pStyle w:val="ListBullet"/>
        <w:ind w:left="360" w:hanging="216"/>
      </w:pPr>
      <w:r>
        <w:t>umie układać pytania do podanych informacji (R)</w:t>
      </w:r>
    </w:p>
    <w:p>
      <w:pPr>
        <w:pStyle w:val="ListBullet"/>
        <w:ind w:left="360" w:hanging="216"/>
      </w:pPr>
      <w:r>
        <w:t>umie ustalać na podstawie podanych informacji, na które pytania nie można odpowiedzieć (R)</w:t>
      </w:r>
    </w:p>
    <w:p>
      <w:pPr>
        <w:pStyle w:val="ListBullet"/>
        <w:ind w:left="360" w:hanging="216"/>
      </w:pPr>
      <w:r>
        <w:t>umie rozwiązywać wielodziałaniowe zadania tekstowe (R)</w:t>
      </w:r>
    </w:p>
    <w:p>
      <w:pPr>
        <w:pStyle w:val="ListBullet"/>
        <w:ind w:left="360" w:hanging="216"/>
      </w:pPr>
      <w:r>
        <w:t>zna kolejność wykonywania działań, gdy występują nawiasy i potęgi (R)</w:t>
      </w:r>
    </w:p>
    <w:p>
      <w:pPr>
        <w:pStyle w:val="ListBullet"/>
        <w:ind w:left="360" w:hanging="216"/>
      </w:pPr>
      <w:r>
        <w:t>umie obliczać wartości wielodziałaniowych wyrażeń arytmetycznych z uwzględnieniem kolejności działań, nawiasów i potęg (R)</w:t>
      </w:r>
    </w:p>
    <w:p>
      <w:pPr>
        <w:pStyle w:val="ListBullet"/>
        <w:ind w:left="360" w:hanging="216"/>
      </w:pPr>
      <w:r>
        <w:t>umie tworzyć wyrażenia arytmetyczne na podstawie opisu i obliczać ich wartości (R–D)</w:t>
      </w:r>
    </w:p>
    <w:p>
      <w:pPr>
        <w:pStyle w:val="ListBullet"/>
        <w:ind w:left="360" w:hanging="216"/>
      </w:pPr>
      <w:r>
        <w:t>umie odczytywać współrzędne punktów na osi liczbowej (R–D)</w:t>
      </w:r>
    </w:p>
    <w:p>
      <w:pPr>
        <w:pStyle w:val="ListBullet"/>
        <w:ind w:left="360" w:hanging="216"/>
      </w:pPr>
      <w:r>
        <w:t>umie ustalać jednostkę osi liczbowej na podstawie danych o współrzędnych punktów (R–D)</w:t>
      </w:r>
    </w:p>
    <w:p>
      <w:pPr>
        <w:pStyle w:val="Heading2"/>
      </w:pPr>
      <w:r>
        <w:t>Wymagania na ocenę bardzo dobrą (oprócz spełnienia wymagań na ocenę dobrą). Uczeń:</w:t>
      </w:r>
    </w:p>
    <w:p>
      <w:pPr>
        <w:pStyle w:val="ListBullet"/>
        <w:ind w:left="360" w:hanging="216"/>
      </w:pPr>
      <w:r>
        <w:t>umie dostrzegać zasady zapisu ciągu liczb naturalnych (D–W)</w:t>
      </w:r>
    </w:p>
    <w:p>
      <w:pPr>
        <w:pStyle w:val="ListBullet"/>
        <w:ind w:left="360" w:hanging="216"/>
      </w:pPr>
      <w:r>
        <w:t>umie rozwiązywać nietypowe zadania dotyczące własności liczb (D–W)</w:t>
      </w:r>
    </w:p>
    <w:p>
      <w:pPr>
        <w:pStyle w:val="ListBullet"/>
        <w:ind w:left="360" w:hanging="216"/>
      </w:pPr>
      <w:r>
        <w:t>umie rozwiązywać nietypowe zadania wykorzystujące przemienność mnożenia (D –W)</w:t>
      </w:r>
    </w:p>
    <w:p>
      <w:pPr>
        <w:pStyle w:val="ListBullet"/>
        <w:ind w:left="360" w:hanging="216"/>
      </w:pPr>
      <w:r>
        <w:t>umie rozwiązywać zadania tekstowe z zastosowaniem dzielenia z resztą (R–W)</w:t>
      </w:r>
    </w:p>
    <w:p>
      <w:pPr>
        <w:pStyle w:val="ListBullet"/>
        <w:ind w:left="360" w:hanging="216"/>
      </w:pPr>
      <w:r>
        <w:t>umie zapisywać liczby w postaci potęg (D)</w:t>
      </w:r>
    </w:p>
    <w:p>
      <w:pPr>
        <w:pStyle w:val="ListBullet"/>
        <w:ind w:left="360" w:hanging="216"/>
      </w:pPr>
      <w:r>
        <w:t>umie rozwiązywać zadania tekstowe z zastosowaniem potęg (D–W)</w:t>
      </w:r>
    </w:p>
    <w:p>
      <w:pPr>
        <w:pStyle w:val="ListBullet"/>
        <w:ind w:left="360" w:hanging="216"/>
      </w:pPr>
      <w:r>
        <w:t>umie rozwiązywać trudniejsze zadania tekstowe (R–W)</w:t>
      </w:r>
    </w:p>
    <w:p>
      <w:pPr>
        <w:pStyle w:val="ListBullet"/>
        <w:ind w:left="360" w:hanging="216"/>
      </w:pPr>
      <w:r>
        <w:t>umie rozwiązywać nietypowe zadania tekstowe (D–W)</w:t>
      </w:r>
    </w:p>
    <w:p>
      <w:pPr>
        <w:pStyle w:val="ListBullet"/>
        <w:ind w:left="360" w:hanging="216"/>
      </w:pPr>
      <w:r>
        <w:t>umie tworzyć wyrażenia arytmetyczne na podstawie opisu i obliczać ich wartości (R–D)</w:t>
      </w:r>
    </w:p>
    <w:p>
      <w:pPr>
        <w:pStyle w:val="ListBullet"/>
        <w:ind w:left="360" w:hanging="216"/>
      </w:pPr>
      <w:r>
        <w:t>umie odczytywać współrzędne punktów na osi liczbowej (R–D)</w:t>
      </w:r>
    </w:p>
    <w:p>
      <w:pPr>
        <w:pStyle w:val="ListBullet"/>
        <w:ind w:left="360" w:hanging="216"/>
      </w:pPr>
      <w:r>
        <w:t>umie ustalać jednostkę osi liczbowej na podstawie danych o współrzędnych punktów (R–D)</w:t>
      </w:r>
    </w:p>
    <w:p>
      <w:pPr>
        <w:pStyle w:val="Heading2"/>
      </w:pPr>
      <w:r>
        <w:t>Wymagania na ocenę celującą (oprócz spełnienia wymagań na ocenę bardzo dobrą). Uczeń:</w:t>
      </w:r>
    </w:p>
    <w:p>
      <w:pPr>
        <w:pStyle w:val="ListBullet"/>
        <w:ind w:left="360" w:hanging="216"/>
      </w:pPr>
      <w:r>
        <w:t>umie dostrzegać zasady zapisu ciągu liczb naturalnych (D–W)</w:t>
      </w:r>
    </w:p>
    <w:p>
      <w:pPr>
        <w:pStyle w:val="ListBullet"/>
        <w:ind w:left="360" w:hanging="216"/>
      </w:pPr>
      <w:r>
        <w:t>umie rozwiązywać nietypowe zadania dotyczące własności liczb (D–W)</w:t>
      </w:r>
    </w:p>
    <w:p>
      <w:pPr>
        <w:pStyle w:val="ListBullet"/>
        <w:ind w:left="360" w:hanging="216"/>
      </w:pPr>
      <w:r>
        <w:t>umie rozwiązywać nietypowe zadania wykorzystujące przemienność mnożenia (D –W)</w:t>
      </w:r>
    </w:p>
    <w:p>
      <w:pPr>
        <w:pStyle w:val="ListBullet"/>
        <w:ind w:left="360" w:hanging="216"/>
      </w:pPr>
      <w:r>
        <w:t>umie rozwiązywać zadania tekstowe z zastosowaniem dzielenia z resztą (R–W)</w:t>
      </w:r>
    </w:p>
    <w:p>
      <w:pPr>
        <w:pStyle w:val="ListBullet"/>
        <w:ind w:left="360" w:hanging="216"/>
      </w:pPr>
      <w:r>
        <w:t>umie rozwiązywać zadania tekstowe z zastosowaniem potęg (D–W)</w:t>
      </w:r>
    </w:p>
    <w:p>
      <w:pPr>
        <w:pStyle w:val="ListBullet"/>
        <w:ind w:left="360" w:hanging="216"/>
      </w:pPr>
      <w:r>
        <w:t>umie rozwiązywać trudniejsze zadania tekstowe (R–W)</w:t>
      </w:r>
    </w:p>
    <w:p>
      <w:pPr>
        <w:pStyle w:val="ListBullet"/>
        <w:ind w:left="360" w:hanging="216"/>
      </w:pPr>
      <w:r>
        <w:t>umie rozwiązywać nietypowe zadania tekstowe (D–W)</w:t>
      </w:r>
    </w:p>
    <w:p>
      <w:pPr>
        <w:pStyle w:val="ListBullet"/>
        <w:ind w:left="360" w:hanging="216"/>
      </w:pPr>
      <w:r>
        <w:t>umie zapisywać jednocyfrowe liczby za pomocą danej cyfry, znaków działań i nawiasów (W)</w:t>
      </w:r>
    </w:p>
    <w:p>
      <w:r>
        <w:br w:type="page"/>
      </w:r>
    </w:p>
    <w:p>
      <w:pPr>
        <w:pStyle w:val="Heading1"/>
      </w:pPr>
      <w:r>
        <w:t>Dział 2. Systemy Zapisywania Liczb</w:t>
      </w:r>
    </w:p>
    <w:p>
      <w:pPr>
        <w:pStyle w:val="Heading2"/>
      </w:pPr>
      <w:r>
        <w:t>Wymagania na ocenę dopuszczającą. Uczeń:</w:t>
      </w:r>
    </w:p>
    <w:p>
      <w:pPr>
        <w:pStyle w:val="ListBullet"/>
        <w:ind w:left="360" w:hanging="216"/>
      </w:pPr>
      <w:r>
        <w:t>zna dziesiątkowy system pozycyjny (K)</w:t>
      </w:r>
    </w:p>
    <w:p>
      <w:pPr>
        <w:pStyle w:val="ListBullet"/>
        <w:ind w:left="360" w:hanging="216"/>
      </w:pPr>
      <w:r>
        <w:t>zna pojęcie cyfry (K)</w:t>
      </w:r>
    </w:p>
    <w:p>
      <w:pPr>
        <w:pStyle w:val="ListBullet"/>
        <w:ind w:left="360" w:hanging="216"/>
      </w:pPr>
      <w:r>
        <w:t>zna różnicę między cyfrą a liczbą (K)</w:t>
      </w:r>
    </w:p>
    <w:p>
      <w:pPr>
        <w:pStyle w:val="ListBullet"/>
        <w:ind w:left="360" w:hanging="216"/>
      </w:pPr>
      <w:r>
        <w:t>umie zapisywać liczbę za pomocą cyfr (K)</w:t>
      </w:r>
    </w:p>
    <w:p>
      <w:pPr>
        <w:pStyle w:val="ListBullet"/>
        <w:ind w:left="360" w:hanging="216"/>
      </w:pPr>
      <w:r>
        <w:t>umie czytać liczby zapisane cyframi (K)</w:t>
      </w:r>
    </w:p>
    <w:p>
      <w:pPr>
        <w:pStyle w:val="ListBullet"/>
        <w:ind w:left="360" w:hanging="216"/>
      </w:pPr>
      <w:r>
        <w:t>umie zapisywać liczby słowami (K–P)</w:t>
      </w:r>
    </w:p>
    <w:p>
      <w:pPr>
        <w:pStyle w:val="ListBullet"/>
        <w:ind w:left="360" w:hanging="216"/>
      </w:pPr>
      <w:r>
        <w:t>zna symbole nierówności &lt; i &gt; (K)</w:t>
      </w:r>
    </w:p>
    <w:p>
      <w:pPr>
        <w:pStyle w:val="ListBullet"/>
        <w:ind w:left="360" w:hanging="216"/>
      </w:pPr>
      <w:r>
        <w:t>umie porównywać liczby (K)</w:t>
      </w:r>
    </w:p>
    <w:p>
      <w:pPr>
        <w:pStyle w:val="ListBullet"/>
        <w:ind w:left="360" w:hanging="216"/>
      </w:pPr>
      <w:r>
        <w:t>zna algorytm dodawania i odejmowania dziesiątkami, setkami, tysiącami (K-P)</w:t>
      </w:r>
    </w:p>
    <w:p>
      <w:pPr>
        <w:pStyle w:val="ListBullet"/>
        <w:ind w:left="360" w:hanging="216"/>
      </w:pPr>
      <w:r>
        <w:t>umie dodawać i odejmować liczby z zerami na końcu o jednakowej liczbie zer (K)</w:t>
      </w:r>
    </w:p>
    <w:p>
      <w:pPr>
        <w:pStyle w:val="ListBullet"/>
        <w:ind w:left="360" w:hanging="216"/>
      </w:pPr>
      <w:r>
        <w:t>umie mnożyć i dzielić przez 10,100,1000 (K)</w:t>
      </w:r>
    </w:p>
    <w:p>
      <w:pPr>
        <w:pStyle w:val="ListBullet"/>
        <w:ind w:left="360" w:hanging="216"/>
      </w:pPr>
      <w:r>
        <w:t>zna zależność pomiędzy złotym a groszem (K)</w:t>
      </w:r>
    </w:p>
    <w:p>
      <w:pPr>
        <w:pStyle w:val="ListBullet"/>
        <w:ind w:left="360" w:hanging="216"/>
      </w:pPr>
      <w:r>
        <w:t>zna nominały monet i banknotów używanych w Polsce (K)</w:t>
      </w:r>
    </w:p>
    <w:p>
      <w:pPr>
        <w:pStyle w:val="ListBullet"/>
        <w:ind w:left="360" w:hanging="216"/>
      </w:pPr>
      <w:r>
        <w:t>umie zamieniać złote na grosze i odwrotnie (K)</w:t>
      </w:r>
    </w:p>
    <w:p>
      <w:pPr>
        <w:pStyle w:val="ListBullet"/>
        <w:ind w:left="360" w:hanging="216"/>
      </w:pPr>
      <w:r>
        <w:t>umie porównywać i porządkować kwoty podane w tych samych jednostkach (K)</w:t>
      </w:r>
    </w:p>
    <w:p>
      <w:pPr>
        <w:pStyle w:val="ListBullet"/>
        <w:ind w:left="360" w:hanging="216"/>
      </w:pPr>
      <w:r>
        <w:t>zna zależności pomiędzy podstawowymi jednostkami długości (K)</w:t>
      </w:r>
    </w:p>
    <w:p>
      <w:pPr>
        <w:pStyle w:val="ListBullet"/>
        <w:ind w:left="360" w:hanging="216"/>
      </w:pPr>
      <w:r>
        <w:t>umie zamieniać długości wyrażane w różnych jednostkach (K)</w:t>
      </w:r>
    </w:p>
    <w:p>
      <w:pPr>
        <w:pStyle w:val="ListBullet"/>
        <w:ind w:left="360" w:hanging="216"/>
      </w:pPr>
      <w:r>
        <w:t>zna zależności pomiędzy podstawowymi jednostkami masy (K)</w:t>
      </w:r>
    </w:p>
    <w:p>
      <w:pPr>
        <w:pStyle w:val="ListBullet"/>
        <w:ind w:left="360" w:hanging="216"/>
      </w:pPr>
      <w:r>
        <w:t>umie zamieniać masy wyrażane w różnych jednostkach (K)</w:t>
      </w:r>
    </w:p>
    <w:p>
      <w:pPr>
        <w:pStyle w:val="ListBullet"/>
        <w:ind w:left="360" w:hanging="216"/>
      </w:pPr>
      <w:r>
        <w:t>zna cyfry rzymskie pozwalające zapisać liczby nie większe niż 30 (K)</w:t>
      </w:r>
    </w:p>
    <w:p>
      <w:pPr>
        <w:pStyle w:val="ListBullet"/>
        <w:ind w:left="360" w:hanging="216"/>
      </w:pPr>
      <w:r>
        <w:t>umie przedstawiać za pomocą znaków rzymskich liczby nie większe niż 30 (K)</w:t>
      </w:r>
    </w:p>
    <w:p>
      <w:pPr>
        <w:pStyle w:val="ListBullet"/>
        <w:ind w:left="360" w:hanging="216"/>
      </w:pPr>
      <w:r>
        <w:t>umie odczytywać liczby zapisane za pomocą znaków rzymskich nie większe niż 30 (K)</w:t>
      </w:r>
    </w:p>
    <w:p>
      <w:pPr>
        <w:pStyle w:val="ListBullet"/>
        <w:ind w:left="360" w:hanging="216"/>
      </w:pPr>
      <w:r>
        <w:t>zna podział roku na kwartały, miesiące i dni (K-P)</w:t>
      </w:r>
    </w:p>
    <w:p>
      <w:pPr>
        <w:pStyle w:val="ListBullet"/>
        <w:ind w:left="360" w:hanging="216"/>
      </w:pPr>
      <w:r>
        <w:t>zna nazwy dni tygodnia (K)</w:t>
      </w:r>
    </w:p>
    <w:p>
      <w:pPr>
        <w:pStyle w:val="ListBullet"/>
        <w:ind w:left="360" w:hanging="216"/>
      </w:pPr>
      <w:r>
        <w:t>umie zapisywać daty (K)</w:t>
      </w:r>
    </w:p>
    <w:p>
      <w:pPr>
        <w:pStyle w:val="ListBullet"/>
        <w:ind w:left="360" w:hanging="216"/>
      </w:pPr>
      <w:r>
        <w:t>umie stosować liczby rzymskie do 30 do zapisywania dat (K–P)</w:t>
      </w:r>
    </w:p>
    <w:p>
      <w:pPr>
        <w:pStyle w:val="ListBullet"/>
        <w:ind w:left="360" w:hanging="216"/>
      </w:pPr>
      <w:r>
        <w:t>umie posługiwać się zegarami wskazówkowymi i elektronicznymi (K)</w:t>
      </w:r>
    </w:p>
    <w:p>
      <w:pPr>
        <w:pStyle w:val="ListBullet"/>
        <w:ind w:left="360" w:hanging="216"/>
      </w:pPr>
      <w:r>
        <w:t>umie zapisywać cyframi podane słownie godziny (K–P)</w:t>
      </w:r>
    </w:p>
    <w:p>
      <w:pPr>
        <w:pStyle w:val="ListBullet"/>
        <w:ind w:left="360" w:hanging="216"/>
      </w:pPr>
      <w:r>
        <w:t>umie wyrażać upływ czasu w różnych jednostkach (K–P) Wymagania  na ocenę dostateczną (oprócz spełnienia wymagań na ocenę dopuszczającą) . Uczeń:</w:t>
      </w:r>
    </w:p>
    <w:p>
      <w:pPr>
        <w:pStyle w:val="ListBullet"/>
        <w:ind w:left="360" w:hanging="216"/>
      </w:pPr>
      <w:r>
        <w:t>umie zapisywać liczby słowami (K–P)</w:t>
      </w:r>
    </w:p>
    <w:p>
      <w:pPr>
        <w:pStyle w:val="ListBullet"/>
        <w:ind w:left="360" w:hanging="216"/>
      </w:pPr>
      <w:r>
        <w:t>rozumie znaczenie położenia cyfry w liczbie (P)</w:t>
      </w:r>
    </w:p>
    <w:p>
      <w:pPr>
        <w:pStyle w:val="ListBullet"/>
        <w:ind w:left="360" w:hanging="216"/>
      </w:pPr>
      <w:r>
        <w:t>zna związek pomiędzy liczbą cyfr a wielkością liczby (P)</w:t>
      </w:r>
    </w:p>
    <w:p>
      <w:pPr>
        <w:pStyle w:val="ListBullet"/>
        <w:ind w:left="360" w:hanging="216"/>
      </w:pPr>
      <w:r>
        <w:t>umie porządkować liczby w skończonym zbiorze (P)</w:t>
      </w:r>
    </w:p>
    <w:p>
      <w:pPr>
        <w:pStyle w:val="ListBullet"/>
        <w:ind w:left="360" w:hanging="216"/>
      </w:pPr>
      <w:r>
        <w:t>zna algorytm dodawania i odejmowania dziesiątkami, setkami, tysiącami (K-P)</w:t>
      </w:r>
    </w:p>
    <w:p>
      <w:pPr>
        <w:pStyle w:val="ListBullet"/>
        <w:ind w:left="360" w:hanging="216"/>
      </w:pPr>
      <w:r>
        <w:t>zna algorytm mnożenia i dzielenia liczb z zerami na końcu (P)</w:t>
      </w:r>
    </w:p>
    <w:p>
      <w:pPr>
        <w:pStyle w:val="ListBullet"/>
        <w:ind w:left="360" w:hanging="216"/>
      </w:pPr>
      <w:r>
        <w:t>rozumie jakie są korzyści płynące z umiejętności pamięciowego wykonywania działań na dużych liczbach (P)</w:t>
      </w:r>
    </w:p>
    <w:p>
      <w:pPr>
        <w:pStyle w:val="ListBullet"/>
        <w:ind w:left="360" w:hanging="216"/>
      </w:pPr>
      <w:r>
        <w:t>umie dodawać i odejmować liczby z zerami na końcu o różnej liczbie zer (P)</w:t>
      </w:r>
    </w:p>
    <w:p>
      <w:pPr>
        <w:pStyle w:val="ListBullet"/>
        <w:ind w:left="360" w:hanging="216"/>
      </w:pPr>
      <w:r>
        <w:t>umie mnożyć i dzielić przez liczby z zerami na końcu (P)</w:t>
      </w:r>
    </w:p>
    <w:p>
      <w:pPr>
        <w:pStyle w:val="ListBullet"/>
        <w:ind w:left="360" w:hanging="216"/>
      </w:pPr>
      <w:r>
        <w:t>rozumie możliwość stosowania monet i banknotów o różnych nominałach do uzyskania jednakowych kwot (P)</w:t>
      </w:r>
    </w:p>
    <w:p>
      <w:pPr>
        <w:pStyle w:val="ListBullet"/>
        <w:ind w:left="360" w:hanging="216"/>
      </w:pPr>
      <w:r>
        <w:t>umie zamieniać grosze na złote i grosze (P)</w:t>
      </w:r>
    </w:p>
    <w:p>
      <w:pPr>
        <w:pStyle w:val="ListBullet"/>
        <w:ind w:left="360" w:hanging="216"/>
      </w:pPr>
      <w:r>
        <w:t>umie porównywać i porządkować kwoty podane w różnych jednostkach (P)</w:t>
      </w:r>
    </w:p>
    <w:p>
      <w:pPr>
        <w:pStyle w:val="ListBullet"/>
        <w:ind w:left="360" w:hanging="216"/>
      </w:pPr>
      <w:r>
        <w:t>umie obliczać, ile złotych wynosi kwota złożona z kilku monet lub banknotów o  jednakowych nominałach (P)</w:t>
      </w:r>
    </w:p>
    <w:p>
      <w:pPr>
        <w:pStyle w:val="ListBullet"/>
        <w:ind w:left="360" w:hanging="216"/>
      </w:pPr>
      <w:r>
        <w:t>umie obliczać koszt kilku kilogramów lub połowy kilograma produktu o podanej cenie (P)</w:t>
      </w:r>
    </w:p>
    <w:p>
      <w:pPr>
        <w:pStyle w:val="ListBullet"/>
        <w:ind w:left="360" w:hanging="216"/>
      </w:pPr>
      <w:r>
        <w:t>umie obliczać łączny koszt kilu produktów o różnych cenach (P)</w:t>
      </w:r>
    </w:p>
    <w:p>
      <w:pPr>
        <w:pStyle w:val="ListBullet"/>
        <w:ind w:left="360" w:hanging="216"/>
      </w:pPr>
      <w:r>
        <w:t>umie obliczać resztę w obliczeniach pieniężnych (P)</w:t>
      </w:r>
    </w:p>
    <w:p>
      <w:pPr>
        <w:pStyle w:val="ListBullet"/>
        <w:ind w:left="360" w:hanging="216"/>
      </w:pPr>
      <w:r>
        <w:t>zna możliwość stosowania różnorodnych jednostek długości (P)</w:t>
      </w:r>
    </w:p>
    <w:p>
      <w:pPr>
        <w:pStyle w:val="ListBullet"/>
        <w:ind w:left="360" w:hanging="216"/>
      </w:pPr>
      <w:r>
        <w:t>umie zapisywać wyrażenia dwumianowane przy pomocy jednej jednostki (P)</w:t>
      </w:r>
    </w:p>
    <w:p>
      <w:pPr>
        <w:pStyle w:val="ListBullet"/>
        <w:ind w:left="360" w:hanging="216"/>
      </w:pPr>
      <w:r>
        <w:t>umie rozwiązywać zadania tekstowe związane z jednostkami długości (P)</w:t>
      </w:r>
    </w:p>
    <w:p>
      <w:pPr>
        <w:pStyle w:val="ListBullet"/>
        <w:ind w:left="360" w:hanging="216"/>
      </w:pPr>
      <w:r>
        <w:t>zna możliwość stosowania różnorodnych jednostek masy (P)</w:t>
      </w:r>
    </w:p>
    <w:p>
      <w:pPr>
        <w:pStyle w:val="ListBullet"/>
        <w:ind w:left="360" w:hanging="216"/>
      </w:pPr>
      <w:r>
        <w:t>umie rozwiązywać zadania tekstowe związane z jednostkami masy (P)</w:t>
      </w:r>
    </w:p>
    <w:p>
      <w:pPr>
        <w:pStyle w:val="ListBullet"/>
        <w:ind w:left="360" w:hanging="216"/>
      </w:pPr>
      <w:r>
        <w:t>zna rzymski system zapisywania liczb (P)</w:t>
      </w:r>
    </w:p>
    <w:p>
      <w:pPr>
        <w:pStyle w:val="ListBullet"/>
        <w:ind w:left="360" w:hanging="216"/>
      </w:pPr>
      <w:r>
        <w:t>zna podział roku na kwartały, miesiące i dni (K-P)</w:t>
      </w:r>
    </w:p>
    <w:p>
      <w:pPr>
        <w:pStyle w:val="ListBullet"/>
        <w:ind w:left="360" w:hanging="216"/>
      </w:pPr>
      <w:r>
        <w:t>zna liczby dni w miesiącach (P)</w:t>
      </w:r>
    </w:p>
    <w:p>
      <w:pPr>
        <w:pStyle w:val="ListBullet"/>
        <w:ind w:left="360" w:hanging="216"/>
      </w:pPr>
      <w:r>
        <w:t>zna pojęcie wieku (P)</w:t>
      </w:r>
    </w:p>
    <w:p>
      <w:pPr>
        <w:pStyle w:val="ListBullet"/>
        <w:ind w:left="360" w:hanging="216"/>
      </w:pPr>
      <w:r>
        <w:t>zna pojęcie roku zwykłego i roku przestępnego oraz różnice między nimi (P)</w:t>
      </w:r>
    </w:p>
    <w:p>
      <w:pPr>
        <w:pStyle w:val="ListBullet"/>
        <w:ind w:left="360" w:hanging="216"/>
      </w:pPr>
      <w:r>
        <w:t>zna różne sposoby zapisywania dat (P)</w:t>
      </w:r>
    </w:p>
    <w:p>
      <w:pPr>
        <w:pStyle w:val="ListBullet"/>
        <w:ind w:left="360" w:hanging="216"/>
      </w:pPr>
      <w:r>
        <w:t>umie stosować liczby rzymskie do 30 do zapisywania dat (K–P)</w:t>
      </w:r>
    </w:p>
    <w:p>
      <w:pPr>
        <w:pStyle w:val="ListBullet"/>
        <w:ind w:left="360" w:hanging="216"/>
      </w:pPr>
      <w:r>
        <w:t>umie obliczać upływu czasu związany z kalendarzem (P)</w:t>
      </w:r>
    </w:p>
    <w:p>
      <w:pPr>
        <w:pStyle w:val="ListBullet"/>
        <w:ind w:left="360" w:hanging="216"/>
      </w:pPr>
      <w:r>
        <w:t>umie zapisywać daty po upływie określonego czasu (P)</w:t>
      </w:r>
    </w:p>
    <w:p>
      <w:pPr>
        <w:pStyle w:val="ListBullet"/>
        <w:ind w:left="360" w:hanging="216"/>
      </w:pPr>
      <w:r>
        <w:t>zna zależności pomiędzy jednostkami czasu (P)</w:t>
      </w:r>
    </w:p>
    <w:p>
      <w:pPr>
        <w:pStyle w:val="ListBullet"/>
        <w:ind w:left="360" w:hanging="216"/>
      </w:pPr>
      <w:r>
        <w:t>zna różne sposoby przedstawiania upływu czasu (P)</w:t>
      </w:r>
    </w:p>
    <w:p>
      <w:pPr>
        <w:pStyle w:val="ListBullet"/>
        <w:ind w:left="360" w:hanging="216"/>
      </w:pPr>
      <w:r>
        <w:t>umie zapisywać cyframi podane słownie godziny (K–P)</w:t>
      </w:r>
    </w:p>
    <w:p>
      <w:pPr>
        <w:pStyle w:val="ListBullet"/>
        <w:ind w:left="360" w:hanging="216"/>
      </w:pPr>
      <w:r>
        <w:t>umie wyrażać upływ czasu w różnych jednostkach (K–P)</w:t>
      </w:r>
    </w:p>
    <w:p>
      <w:pPr>
        <w:pStyle w:val="ListBullet"/>
        <w:ind w:left="360" w:hanging="216"/>
      </w:pPr>
      <w:r>
        <w:t>umie obliczać upływ czasu związany z zegarem (P) Wymagania  na ocenę dobrą (oprócz spełnienia wymagań na ocenę dostateczną). Uczeń:</w:t>
      </w:r>
    </w:p>
    <w:p>
      <w:pPr>
        <w:pStyle w:val="ListBullet"/>
        <w:ind w:left="360" w:hanging="216"/>
      </w:pPr>
      <w:r>
        <w:t>umie zapisywać liczby, których cyfry spełniają podane warunki (R–W)</w:t>
      </w:r>
    </w:p>
    <w:p>
      <w:pPr>
        <w:pStyle w:val="ListBullet"/>
        <w:ind w:left="360" w:hanging="216"/>
      </w:pPr>
      <w:r>
        <w:t>umie określać liczebność zbioru spełniającego podane warunki (R–W)</w:t>
      </w:r>
    </w:p>
    <w:p>
      <w:pPr>
        <w:pStyle w:val="ListBullet"/>
        <w:ind w:left="360" w:hanging="216"/>
      </w:pPr>
      <w:r>
        <w:t>umie porównywać sumy i różnice, nie wykonując działań (R)</w:t>
      </w:r>
    </w:p>
    <w:p>
      <w:pPr>
        <w:pStyle w:val="ListBullet"/>
        <w:ind w:left="360" w:hanging="216"/>
      </w:pPr>
      <w:r>
        <w:t>umie rozwiązywać trudniejsze zadania dotyczące obliczeń pieniężnych (R–W)</w:t>
      </w:r>
    </w:p>
    <w:p>
      <w:pPr>
        <w:pStyle w:val="ListBullet"/>
        <w:ind w:left="360" w:hanging="216"/>
      </w:pPr>
      <w:r>
        <w:t>umie porównywać odległości wyrażane w różnych jednostkach (R)</w:t>
      </w:r>
    </w:p>
    <w:p>
      <w:pPr>
        <w:pStyle w:val="ListBullet"/>
        <w:ind w:left="360" w:hanging="216"/>
      </w:pPr>
      <w:r>
        <w:t>umie obliczać sumy i różnice odległości zapisanych w postaci wyrażeń dwumianowanych (R)</w:t>
      </w:r>
    </w:p>
    <w:p>
      <w:pPr>
        <w:pStyle w:val="ListBullet"/>
        <w:ind w:left="360" w:hanging="216"/>
      </w:pPr>
      <w:r>
        <w:t>umie rozwiązywać zadania tekstowe związane z jednostkami długości w trudniejszych sytuacjach (R–W)</w:t>
      </w:r>
    </w:p>
    <w:p>
      <w:pPr>
        <w:pStyle w:val="ListBullet"/>
        <w:ind w:left="360" w:hanging="216"/>
      </w:pPr>
      <w:r>
        <w:t>zna pojęcia: masa brutto, netto, tara (R)</w:t>
      </w:r>
    </w:p>
    <w:p>
      <w:pPr>
        <w:pStyle w:val="ListBullet"/>
        <w:ind w:left="360" w:hanging="216"/>
      </w:pPr>
      <w:r>
        <w:t>umie obliczać łączną masę produktów wyrażoną w różnych jednostkach (R–D)</w:t>
      </w:r>
    </w:p>
    <w:p>
      <w:pPr>
        <w:pStyle w:val="ListBullet"/>
        <w:ind w:left="360" w:hanging="216"/>
      </w:pPr>
      <w:r>
        <w:t>umie porównywać masy produktów wyrażane w różnych jednostkach (R)</w:t>
      </w:r>
    </w:p>
    <w:p>
      <w:pPr>
        <w:pStyle w:val="ListBullet"/>
        <w:ind w:left="360" w:hanging="216"/>
      </w:pPr>
      <w:r>
        <w:t>umie zapisywać wyrażenia dwumianowane przy pomocy jednej jednostki (R –D)</w:t>
      </w:r>
    </w:p>
    <w:p>
      <w:pPr>
        <w:pStyle w:val="ListBullet"/>
        <w:ind w:left="360" w:hanging="216"/>
      </w:pPr>
      <w:r>
        <w:t>umie rozwiązywać zadania tekstowe związane pojęciami masa brutto, netto i tara (R)</w:t>
      </w:r>
    </w:p>
    <w:p>
      <w:pPr>
        <w:pStyle w:val="ListBullet"/>
        <w:ind w:left="360" w:hanging="216"/>
      </w:pPr>
      <w:r>
        <w:t>umie obliczać upływu czasu związany z kalendarzem w trudniejszych sytuacjach (R)</w:t>
      </w:r>
    </w:p>
    <w:p>
      <w:pPr>
        <w:pStyle w:val="ListBullet"/>
        <w:ind w:left="360" w:hanging="216"/>
      </w:pPr>
      <w:r>
        <w:t>umie zapisywać daty po upływie określonego czasu w trudniejszych sytuacjach (R)</w:t>
      </w:r>
    </w:p>
    <w:p>
      <w:pPr>
        <w:pStyle w:val="ListBullet"/>
        <w:ind w:left="360" w:hanging="216"/>
      </w:pPr>
      <w:r>
        <w:t>umie wykorzystywać obliczenia upływu czasu w praktycznych sytuacjach np.: wyznaczanie dnia tygodnia po upływie określonego czasu (R–W)</w:t>
      </w:r>
    </w:p>
    <w:p>
      <w:pPr>
        <w:pStyle w:val="ListBullet"/>
        <w:ind w:left="360" w:hanging="216"/>
      </w:pPr>
      <w:r>
        <w:t>umie rozwiązywać nietypowe zadania tekstowe związane z upływem czasu (R–W)</w:t>
      </w:r>
    </w:p>
    <w:p>
      <w:pPr>
        <w:pStyle w:val="Heading2"/>
      </w:pPr>
      <w:r>
        <w:t>Wymagania na ocenę bardzo dobrą (oprócz spełnienia wymagań na ocenę dobrą). Uczeń:</w:t>
      </w:r>
    </w:p>
    <w:p>
      <w:pPr>
        <w:pStyle w:val="ListBullet"/>
        <w:ind w:left="360" w:hanging="216"/>
      </w:pPr>
      <w:r>
        <w:t>umie zapisywać liczby, których cyfry spełniają podane warunki (R –W)</w:t>
      </w:r>
    </w:p>
    <w:p>
      <w:pPr>
        <w:pStyle w:val="ListBullet"/>
        <w:ind w:left="360" w:hanging="216"/>
      </w:pPr>
      <w:r>
        <w:t>umie określać liczebność zbioru spełniającego podane warunki (R–W)</w:t>
      </w:r>
    </w:p>
    <w:p>
      <w:pPr>
        <w:pStyle w:val="ListBullet"/>
        <w:ind w:left="360" w:hanging="216"/>
      </w:pPr>
      <w:r>
        <w:t>umie rozwiązywać trudniejsze zadania dotyczące obliczeń pieniężnych (R–W)</w:t>
      </w:r>
    </w:p>
    <w:p>
      <w:pPr>
        <w:pStyle w:val="ListBullet"/>
        <w:ind w:left="360" w:hanging="216"/>
      </w:pPr>
      <w:r>
        <w:t>umie rozwiązywać zadania tekstowe związane z jednostkami długości w trudniejszych sytuacjach (R–W)</w:t>
      </w:r>
    </w:p>
    <w:p>
      <w:pPr>
        <w:pStyle w:val="ListBullet"/>
        <w:ind w:left="360" w:hanging="216"/>
      </w:pPr>
      <w:r>
        <w:t>umie obliczać łączną masę produktów wyrażoną w różnych jednostkach (R–D)</w:t>
      </w:r>
    </w:p>
    <w:p>
      <w:pPr>
        <w:pStyle w:val="ListBullet"/>
        <w:ind w:left="360" w:hanging="216"/>
      </w:pPr>
      <w:r>
        <w:t>umie zapisywać wyrażenia dwumianowane przy pomocy jednej jednostki (R –D)</w:t>
      </w:r>
    </w:p>
    <w:p>
      <w:pPr>
        <w:pStyle w:val="ListBullet"/>
        <w:ind w:left="360" w:hanging="216"/>
      </w:pPr>
      <w:r>
        <w:t>zna cyfry rzymskie pozwalające zapisać liczby większe niż 30 (D-W)</w:t>
      </w:r>
    </w:p>
    <w:p>
      <w:pPr>
        <w:pStyle w:val="ListBullet"/>
        <w:ind w:left="360" w:hanging="216"/>
      </w:pPr>
      <w:r>
        <w:t>umie przedstawiać za pomocą znaków rzymskich liczby większe niż 30 (D–W)</w:t>
      </w:r>
    </w:p>
    <w:p>
      <w:pPr>
        <w:pStyle w:val="ListBullet"/>
        <w:ind w:left="360" w:hanging="216"/>
      </w:pPr>
      <w:r>
        <w:t>umie odczytywać liczby większe niż 30 zapisane za pomocą znaków rzymskich (D –W)</w:t>
      </w:r>
    </w:p>
    <w:p>
      <w:pPr>
        <w:pStyle w:val="ListBullet"/>
        <w:ind w:left="360" w:hanging="216"/>
      </w:pPr>
      <w:r>
        <w:t>umie wykorzystywać obliczenia upływu czasu w praktycznych sytuacjach np.: wyznaczanie dnia tygodnia po upływie określonego czasu (R–W)</w:t>
      </w:r>
    </w:p>
    <w:p>
      <w:pPr>
        <w:pStyle w:val="ListBullet"/>
        <w:ind w:left="360" w:hanging="216"/>
      </w:pPr>
      <w:r>
        <w:t>umie rozwiązywać nietypowe zadania tekstowe związane z upływem czasu (R–W)</w:t>
      </w:r>
    </w:p>
    <w:p>
      <w:pPr>
        <w:pStyle w:val="Heading2"/>
      </w:pPr>
      <w:r>
        <w:t>Wymagania na ocenę celującą (oprócz spełnienia wymagań na ocenę bardzo dobrą). Uczeń:</w:t>
      </w:r>
    </w:p>
    <w:p>
      <w:pPr>
        <w:pStyle w:val="ListBullet"/>
        <w:ind w:left="360" w:hanging="216"/>
      </w:pPr>
      <w:r>
        <w:t>umie zapisywać liczby, których cyfry spełniają podane warunki (R–W)</w:t>
      </w:r>
    </w:p>
    <w:p>
      <w:pPr>
        <w:pStyle w:val="ListBullet"/>
        <w:ind w:left="360" w:hanging="216"/>
      </w:pPr>
      <w:r>
        <w:t>umie określać liczebność zbioru spełniającego podane warunki (R–W)</w:t>
      </w:r>
    </w:p>
    <w:p>
      <w:pPr>
        <w:pStyle w:val="ListBullet"/>
        <w:ind w:left="360" w:hanging="216"/>
      </w:pPr>
      <w:r>
        <w:t>umie rozwiązywać trudniejsze zadania dotyczące obliczeń pieniężnych (R–W)</w:t>
      </w:r>
    </w:p>
    <w:p>
      <w:pPr>
        <w:pStyle w:val="ListBullet"/>
        <w:ind w:left="360" w:hanging="216"/>
      </w:pPr>
      <w:r>
        <w:t>umie rozwiązywać zadania tekstowe związane z jednostkami długości w trudniejszych sytuacjach (R–W)</w:t>
      </w:r>
    </w:p>
    <w:p>
      <w:pPr>
        <w:pStyle w:val="ListBullet"/>
        <w:ind w:left="360" w:hanging="216"/>
      </w:pPr>
      <w:r>
        <w:t>umie rozwiązywać zadania tekstowe związane z zastosowaniem jednostek masy (W)</w:t>
      </w:r>
    </w:p>
    <w:p>
      <w:pPr>
        <w:pStyle w:val="ListBullet"/>
        <w:ind w:left="360" w:hanging="216"/>
      </w:pPr>
      <w:r>
        <w:t>zna cyfry rzymskie pozwalające zapisać liczby większe niż 30 (D-W)</w:t>
      </w:r>
    </w:p>
    <w:p>
      <w:pPr>
        <w:pStyle w:val="ListBullet"/>
        <w:ind w:left="360" w:hanging="216"/>
      </w:pPr>
      <w:r>
        <w:t>umie przedstawiać za pomocą znaków rzymskich liczby większe niż 30 (D–W)</w:t>
      </w:r>
    </w:p>
    <w:p>
      <w:pPr>
        <w:pStyle w:val="ListBullet"/>
        <w:ind w:left="360" w:hanging="216"/>
      </w:pPr>
      <w:r>
        <w:t>umie odczytywać liczby większe niż 30 zapisane za pomocą znaków rzymskich (D–W)</w:t>
      </w:r>
    </w:p>
    <w:p>
      <w:pPr>
        <w:pStyle w:val="ListBullet"/>
        <w:ind w:left="360" w:hanging="216"/>
      </w:pPr>
      <w:r>
        <w:t>umie zapisywać w systemie rzymskim liczby największe lub najmniejsze, używając podanych znaków (W)</w:t>
      </w:r>
    </w:p>
    <w:p>
      <w:pPr>
        <w:pStyle w:val="ListBullet"/>
        <w:ind w:left="360" w:hanging="216"/>
      </w:pPr>
      <w:r>
        <w:t>umie wykorzystywać obliczenia upływu czasu w praktycznych sytuacjach np.: wyznaczanie dnia tygodnia po upływie określonego czasu (R–W)</w:t>
      </w:r>
    </w:p>
    <w:p>
      <w:pPr>
        <w:pStyle w:val="ListBullet"/>
        <w:ind w:left="360" w:hanging="216"/>
      </w:pPr>
      <w:r>
        <w:t>umie rozwiązywać nietypowe zadania tekstowe związane z upływem czasu (R–W)</w:t>
      </w:r>
    </w:p>
    <w:p>
      <w:r>
        <w:br w:type="page"/>
      </w:r>
    </w:p>
    <w:p>
      <w:pPr>
        <w:pStyle w:val="Heading1"/>
      </w:pPr>
      <w:r>
        <w:t>Dział 3. Działania Pisemne</w:t>
      </w:r>
    </w:p>
    <w:p>
      <w:pPr>
        <w:pStyle w:val="Heading2"/>
      </w:pPr>
      <w:r>
        <w:t>Wymagania na ocenę dopuszczającą. Uczeń:</w:t>
      </w:r>
    </w:p>
    <w:p>
      <w:pPr>
        <w:pStyle w:val="ListBullet"/>
        <w:ind w:left="360" w:hanging="216"/>
      </w:pPr>
      <w:r>
        <w:t>zna algorytm dodawania pisemnego (K)</w:t>
      </w:r>
    </w:p>
    <w:p>
      <w:pPr>
        <w:pStyle w:val="ListBullet"/>
        <w:ind w:left="360" w:hanging="216"/>
      </w:pPr>
      <w:r>
        <w:t>umie dodawać pisemnie liczby bez przekraczania progu dziesiątkowego i z przekraczaniem jednego progu dziesiątkowego (K)</w:t>
      </w:r>
    </w:p>
    <w:p>
      <w:pPr>
        <w:pStyle w:val="ListBullet"/>
        <w:ind w:left="360" w:hanging="216"/>
      </w:pPr>
      <w:r>
        <w:t>zna algorytm odejmowania pisemnego (K)</w:t>
      </w:r>
    </w:p>
    <w:p>
      <w:pPr>
        <w:pStyle w:val="ListBullet"/>
        <w:ind w:left="360" w:hanging="216"/>
      </w:pPr>
      <w:r>
        <w:t>umie odejmować pisemnie liczby bez przekraczania progu dziesiątkowego i z przekraczaniem jednego progu dziesiątkowego (K)</w:t>
      </w:r>
    </w:p>
    <w:p>
      <w:pPr>
        <w:pStyle w:val="ListBullet"/>
        <w:ind w:left="360" w:hanging="216"/>
      </w:pPr>
      <w:r>
        <w:t>zna algorytm mnożenia pisemnego przez liczby jednocyfrowe (K)</w:t>
      </w:r>
    </w:p>
    <w:p>
      <w:pPr>
        <w:pStyle w:val="ListBullet"/>
        <w:ind w:left="360" w:hanging="216"/>
      </w:pPr>
      <w:r>
        <w:t>umie mnożyć pisemnie liczby dwucyfrowe przez jednocyfrowe (K)</w:t>
      </w:r>
    </w:p>
    <w:p>
      <w:pPr>
        <w:pStyle w:val="ListBullet"/>
        <w:ind w:left="360" w:hanging="216"/>
      </w:pPr>
      <w:r>
        <w:t>umie powiększać liczby n razy (K–P)</w:t>
      </w:r>
    </w:p>
    <w:p>
      <w:pPr>
        <w:pStyle w:val="ListBullet"/>
        <w:ind w:left="360" w:hanging="216"/>
      </w:pPr>
      <w:r>
        <w:t>zna algorytm dzielenia pisemnego przez liczby jednocyfrowe (K)</w:t>
      </w:r>
    </w:p>
    <w:p>
      <w:pPr>
        <w:pStyle w:val="ListBullet"/>
        <w:ind w:left="360" w:hanging="216"/>
      </w:pPr>
      <w:r>
        <w:t>umie dzielić pisemnie liczby wielocyfrowe przez jednocyfrowe (K–P)</w:t>
      </w:r>
    </w:p>
    <w:p>
      <w:pPr>
        <w:pStyle w:val="ListBullet"/>
        <w:ind w:left="360" w:hanging="216"/>
      </w:pPr>
      <w:r>
        <w:t>umie pomniejszać liczbę n razy (K–P) Wymagania  na ocenę dostateczną (oprócz spełnienia wymagań na ocenę dopuszczającą). Uczeń:</w:t>
      </w:r>
    </w:p>
    <w:p>
      <w:pPr>
        <w:pStyle w:val="ListBullet"/>
        <w:ind w:left="360" w:hanging="216"/>
      </w:pPr>
      <w:r>
        <w:t>umie dodawać pisemnie liczby z przekraczaniem kolejnych progów dziesiątkowych (P)</w:t>
      </w:r>
    </w:p>
    <w:p>
      <w:pPr>
        <w:pStyle w:val="ListBullet"/>
        <w:ind w:left="360" w:hanging="216"/>
      </w:pPr>
      <w:r>
        <w:t>umie obliczać sumy liczb opisanych słownie (P)</w:t>
      </w:r>
    </w:p>
    <w:p>
      <w:pPr>
        <w:pStyle w:val="ListBullet"/>
        <w:ind w:left="360" w:hanging="216"/>
      </w:pPr>
      <w:r>
        <w:t>umie rozwiązywać zadania tekstowe z zastosowaniem dodawania pisemnego (P)</w:t>
      </w:r>
    </w:p>
    <w:p>
      <w:pPr>
        <w:pStyle w:val="ListBullet"/>
        <w:ind w:left="360" w:hanging="216"/>
      </w:pPr>
      <w:r>
        <w:t>umie porównywać różnicowo (P)</w:t>
      </w:r>
    </w:p>
    <w:p>
      <w:pPr>
        <w:pStyle w:val="ListBullet"/>
        <w:ind w:left="360" w:hanging="216"/>
      </w:pPr>
      <w:r>
        <w:t>umie odejmować pisemnie liczby z przekraczaniem kolejnych progów dziesiątkowych (P)</w:t>
      </w:r>
    </w:p>
    <w:p>
      <w:pPr>
        <w:pStyle w:val="ListBullet"/>
        <w:ind w:left="360" w:hanging="216"/>
      </w:pPr>
      <w:r>
        <w:t>umie sprawdzać poprawność odejmowania pisemnego (P)</w:t>
      </w:r>
    </w:p>
    <w:p>
      <w:pPr>
        <w:pStyle w:val="ListBullet"/>
        <w:ind w:left="360" w:hanging="216"/>
      </w:pPr>
      <w:r>
        <w:t>umie obliczać różnice liczb opisanych słownie (P)</w:t>
      </w:r>
    </w:p>
    <w:p>
      <w:pPr>
        <w:pStyle w:val="ListBullet"/>
        <w:ind w:left="360" w:hanging="216"/>
      </w:pPr>
      <w:r>
        <w:t>umie obliczać odjemnik, mając dane różnicę i odjemną (P)</w:t>
      </w:r>
    </w:p>
    <w:p>
      <w:pPr>
        <w:pStyle w:val="ListBullet"/>
        <w:ind w:left="360" w:hanging="216"/>
      </w:pPr>
      <w:r>
        <w:t>umie obliczać jeden ze składników, mając dane sumę i drugi składnik (P)</w:t>
      </w:r>
    </w:p>
    <w:p>
      <w:pPr>
        <w:pStyle w:val="ListBullet"/>
        <w:ind w:left="360" w:hanging="216"/>
      </w:pPr>
      <w:r>
        <w:t>umie rozwiązywać zadania tekstowe z zastosowaniem odejmowania pisemnego (P)</w:t>
      </w:r>
    </w:p>
    <w:p>
      <w:pPr>
        <w:pStyle w:val="ListBullet"/>
        <w:ind w:left="360" w:hanging="216"/>
      </w:pPr>
      <w:r>
        <w:t>umie porównywać ilorazowo (P)</w:t>
      </w:r>
    </w:p>
    <w:p>
      <w:pPr>
        <w:pStyle w:val="ListBullet"/>
        <w:ind w:left="360" w:hanging="216"/>
      </w:pPr>
      <w:r>
        <w:t>umie mnożyć pisemnie liczby wielocyfrowe przez jednocyfrowe (P)</w:t>
      </w:r>
    </w:p>
    <w:p>
      <w:pPr>
        <w:pStyle w:val="ListBullet"/>
        <w:ind w:left="360" w:hanging="216"/>
      </w:pPr>
      <w:r>
        <w:t>umie powiększać liczby n razy (K–P)</w:t>
      </w:r>
    </w:p>
    <w:p>
      <w:pPr>
        <w:pStyle w:val="ListBullet"/>
        <w:ind w:left="360" w:hanging="216"/>
      </w:pPr>
      <w:r>
        <w:t>umie rozwiązywać zadania tekstowe z zastosowaniem mnożenia pisemnego (P)</w:t>
      </w:r>
    </w:p>
    <w:p>
      <w:pPr>
        <w:pStyle w:val="ListBullet"/>
        <w:ind w:left="360" w:hanging="216"/>
      </w:pPr>
      <w:r>
        <w:t>zna algorytm mnożenia pisemnego przez liczby zakończone zerami (P)</w:t>
      </w:r>
    </w:p>
    <w:p>
      <w:pPr>
        <w:pStyle w:val="ListBullet"/>
        <w:ind w:left="360" w:hanging="216"/>
      </w:pPr>
      <w:r>
        <w:t>umie mnożyć pisemnie przez liczby zakończone zerami (P)</w:t>
      </w:r>
    </w:p>
    <w:p>
      <w:pPr>
        <w:pStyle w:val="ListBullet"/>
        <w:ind w:left="360" w:hanging="216"/>
      </w:pPr>
      <w:r>
        <w:t>zna algorytm mnożenia pisemnego liczb wielocyfrowych (P)</w:t>
      </w:r>
    </w:p>
    <w:p>
      <w:pPr>
        <w:pStyle w:val="ListBullet"/>
        <w:ind w:left="360" w:hanging="216"/>
      </w:pPr>
      <w:r>
        <w:t>umie mnożyć pisemnie przez liczby dwucyfrowe (P)</w:t>
      </w:r>
    </w:p>
    <w:p>
      <w:pPr>
        <w:pStyle w:val="ListBullet"/>
        <w:ind w:left="360" w:hanging="216"/>
      </w:pPr>
      <w:r>
        <w:t>umie dzielić pisemnie liczby wielocyfrowe przez jednocyfrowe (K–P)</w:t>
      </w:r>
    </w:p>
    <w:p>
      <w:pPr>
        <w:pStyle w:val="ListBullet"/>
        <w:ind w:left="360" w:hanging="216"/>
      </w:pPr>
      <w:r>
        <w:t>umie sprawdzać poprawność dzielenia pisemnego (P)</w:t>
      </w:r>
    </w:p>
    <w:p>
      <w:pPr>
        <w:pStyle w:val="ListBullet"/>
        <w:ind w:left="360" w:hanging="216"/>
      </w:pPr>
      <w:r>
        <w:t>umie wykonywać dzielenie pisemne z resztą (P)</w:t>
      </w:r>
    </w:p>
    <w:p>
      <w:pPr>
        <w:pStyle w:val="ListBullet"/>
        <w:ind w:left="360" w:hanging="216"/>
      </w:pPr>
      <w:r>
        <w:t>umie pomniejszać liczbę n razy (K–P) Wymagania  na ocenę dobrą (oprócz spełnienia wymagań na ocenę dostateczną). Uczeń:</w:t>
      </w:r>
    </w:p>
    <w:p>
      <w:pPr>
        <w:pStyle w:val="ListBullet"/>
        <w:ind w:left="360" w:hanging="216"/>
      </w:pPr>
      <w:r>
        <w:t>umie mnożyć pisemnie liczby wielocyfrowe (R)</w:t>
      </w:r>
    </w:p>
    <w:p>
      <w:pPr>
        <w:pStyle w:val="ListBullet"/>
        <w:ind w:left="360" w:hanging="216"/>
      </w:pPr>
      <w:r>
        <w:t>umie powiększać liczbę n razy (R)</w:t>
      </w:r>
    </w:p>
    <w:p>
      <w:pPr>
        <w:pStyle w:val="ListBullet"/>
        <w:ind w:left="360" w:hanging="216"/>
      </w:pPr>
      <w:r>
        <w:t>umie rozwiązywać trudniejsze zadania tekstowe z zastosowaniem dzielenia pisemnego (R–W)</w:t>
      </w:r>
    </w:p>
    <w:p>
      <w:pPr>
        <w:pStyle w:val="ListBullet"/>
        <w:ind w:left="360" w:hanging="216"/>
      </w:pPr>
      <w:r>
        <w:t>umie rozwiązywać wielodziałaniowe zadania tekstowe z zastosowaniem działań pisemnych (R–W)</w:t>
      </w:r>
    </w:p>
    <w:p>
      <w:pPr>
        <w:pStyle w:val="Heading2"/>
      </w:pPr>
      <w:r>
        <w:t>Wymagania na ocenę bardzo dobrą (oprócz spełnienia wymagań na ocenę dobrą). Uczeń:</w:t>
      </w:r>
    </w:p>
    <w:p>
      <w:pPr>
        <w:pStyle w:val="ListBullet"/>
        <w:ind w:left="360" w:hanging="216"/>
      </w:pPr>
      <w:r>
        <w:t>umie rozwiązywać trudniejsze zadania tekstowe z zastosowaniem dodawania pisemnego (D–W)</w:t>
      </w:r>
    </w:p>
    <w:p>
      <w:pPr>
        <w:pStyle w:val="ListBullet"/>
        <w:ind w:left="360" w:hanging="216"/>
      </w:pPr>
      <w:r>
        <w:t>umie rozwiązywać trudniejsze zadania tekstowe z zastosowaniem odejmowania pisemnego (D–W)</w:t>
      </w:r>
    </w:p>
    <w:p>
      <w:pPr>
        <w:pStyle w:val="ListBullet"/>
        <w:ind w:left="360" w:hanging="216"/>
      </w:pPr>
      <w:r>
        <w:t>umie rozwiązywać zadania tekstowe z zastosowaniem mnożenia pisemnego (D–W)</w:t>
      </w:r>
    </w:p>
    <w:p>
      <w:pPr>
        <w:pStyle w:val="ListBullet"/>
        <w:ind w:left="360" w:hanging="216"/>
      </w:pPr>
      <w:r>
        <w:t>umie rozwiązywać trudniejsze zadania tekstowe z zastosowaniem mnożenia pisemnego (D–W)</w:t>
      </w:r>
    </w:p>
    <w:p>
      <w:pPr>
        <w:pStyle w:val="ListBullet"/>
        <w:ind w:left="360" w:hanging="216"/>
      </w:pPr>
      <w:r>
        <w:t>umie rozwiązywać trudniejsze zadania tekstowe z zastosowaniem mnożenia pisemnego przez liczby wielocyfrowe (D–W)</w:t>
      </w:r>
    </w:p>
    <w:p>
      <w:pPr>
        <w:pStyle w:val="ListBullet"/>
        <w:ind w:left="360" w:hanging="216"/>
      </w:pPr>
      <w:r>
        <w:t>umie rozwiązywać trudniejsze zadania tekstowe z zastosowaniem dzielenia pisemnego (R–W)</w:t>
      </w:r>
    </w:p>
    <w:p>
      <w:pPr>
        <w:pStyle w:val="ListBullet"/>
        <w:ind w:left="360" w:hanging="216"/>
      </w:pPr>
      <w:r>
        <w:t>umie rozwiązywać wielodziałaniowe zadania tekstowe z zastosowaniem działań pisemnych (R–W)</w:t>
      </w:r>
    </w:p>
    <w:p>
      <w:pPr>
        <w:pStyle w:val="Heading2"/>
      </w:pPr>
      <w:r>
        <w:t>Wymagania na ocenę celującą (oprócz spełnienia wymagań na ocenę bardzo dobrą). Uczeń:</w:t>
      </w:r>
    </w:p>
    <w:p>
      <w:pPr>
        <w:pStyle w:val="ListBullet"/>
        <w:ind w:left="360" w:hanging="216"/>
      </w:pPr>
      <w:r>
        <w:t>umie rozwiązywać kryptarytmy (W)</w:t>
      </w:r>
    </w:p>
    <w:p>
      <w:pPr>
        <w:pStyle w:val="ListBullet"/>
        <w:ind w:left="360" w:hanging="216"/>
      </w:pPr>
      <w:r>
        <w:t>umie rozwiązywać trudniejsze zadania tekstowe z zastosowaniem dodawania pisemnego (D–W)</w:t>
      </w:r>
    </w:p>
    <w:p>
      <w:pPr>
        <w:pStyle w:val="ListBullet"/>
        <w:ind w:left="360" w:hanging="216"/>
      </w:pPr>
      <w:r>
        <w:t>umie rozwiązywać trudniejsze zadania tekstowe z zastosowaniem odejmowania pisemnego (D–W)</w:t>
      </w:r>
    </w:p>
    <w:p>
      <w:pPr>
        <w:pStyle w:val="ListBullet"/>
        <w:ind w:left="360" w:hanging="216"/>
      </w:pPr>
      <w:r>
        <w:t>umie rozwiązywać zadania tekstowe z zastosowaniem mnożenia pisemnego (D–W)</w:t>
      </w:r>
    </w:p>
    <w:p>
      <w:pPr>
        <w:pStyle w:val="ListBullet"/>
        <w:ind w:left="360" w:hanging="216"/>
      </w:pPr>
      <w:r>
        <w:t>umie rozwiązywać trudniejsze zadania tekstowe z zastosowaniem mnożenia pisemnego (D–W)</w:t>
      </w:r>
    </w:p>
    <w:p>
      <w:pPr>
        <w:pStyle w:val="ListBullet"/>
        <w:ind w:left="360" w:hanging="216"/>
      </w:pPr>
      <w:r>
        <w:t>umie rozwiązywać trudniejsze zadania tekstowe z zastosowaniem mnożenia pisemnego przez liczby wielocyfrowe (D–W)</w:t>
      </w:r>
    </w:p>
    <w:p>
      <w:pPr>
        <w:pStyle w:val="ListBullet"/>
        <w:ind w:left="360" w:hanging="216"/>
      </w:pPr>
      <w:r>
        <w:t>umie rozwiązywać kryptarytmy (W)</w:t>
      </w:r>
    </w:p>
    <w:p>
      <w:pPr>
        <w:pStyle w:val="ListBullet"/>
        <w:ind w:left="360" w:hanging="216"/>
      </w:pPr>
      <w:r>
        <w:t>umie rozwiązywać trudniejsze zadania tekstowe z zastosowaniem dzielenia pisemnego (R–W)</w:t>
      </w:r>
    </w:p>
    <w:p>
      <w:pPr>
        <w:pStyle w:val="ListBullet"/>
        <w:ind w:left="360" w:hanging="216"/>
      </w:pPr>
      <w:r>
        <w:t>umie rozwiązywać wielodziałaniowe zadania tekstowe z zastosowaniem działań pisemnych (R–W)</w:t>
      </w:r>
    </w:p>
    <w:p>
      <w:r>
        <w:br w:type="page"/>
      </w:r>
    </w:p>
    <w:p>
      <w:pPr>
        <w:pStyle w:val="Heading1"/>
      </w:pPr>
      <w:r>
        <w:t>Dział 4. Figury Geometryczne</w:t>
      </w:r>
    </w:p>
    <w:p>
      <w:pPr>
        <w:pStyle w:val="Heading2"/>
      </w:pPr>
      <w:r>
        <w:t>Wymagania na ocenę dopuszczającą. Uczeń:</w:t>
      </w:r>
    </w:p>
    <w:p>
      <w:pPr>
        <w:pStyle w:val="ListBullet"/>
        <w:ind w:left="360" w:hanging="216"/>
      </w:pPr>
      <w:r>
        <w:t>zna podstawowe figury geometryczne (K)</w:t>
      </w:r>
    </w:p>
    <w:p>
      <w:pPr>
        <w:pStyle w:val="ListBullet"/>
        <w:ind w:left="360" w:hanging="216"/>
      </w:pPr>
      <w:r>
        <w:t>zna pojęcia: prosta, półprosta, odcinek (K)</w:t>
      </w:r>
    </w:p>
    <w:p>
      <w:pPr>
        <w:pStyle w:val="ListBullet"/>
        <w:ind w:left="360" w:hanging="216"/>
      </w:pPr>
      <w:r>
        <w:t>umie rozpoznawać podstawowe figury geometryczne (K)</w:t>
      </w:r>
    </w:p>
    <w:p>
      <w:pPr>
        <w:pStyle w:val="ListBullet"/>
        <w:ind w:left="360" w:hanging="216"/>
      </w:pPr>
      <w:r>
        <w:t>umie kreślić podstawowe figury geometryczne (K)</w:t>
      </w:r>
    </w:p>
    <w:p>
      <w:pPr>
        <w:pStyle w:val="ListBullet"/>
        <w:ind w:left="360" w:hanging="216"/>
      </w:pPr>
      <w:r>
        <w:t>zna pojęcie prostych prostopadłych i prostych równoległych (K)</w:t>
      </w:r>
    </w:p>
    <w:p>
      <w:pPr>
        <w:pStyle w:val="ListBullet"/>
        <w:ind w:left="360" w:hanging="216"/>
      </w:pPr>
      <w:r>
        <w:t>umie rozpoznawać proste prostopadłe oraz proste równoległe (K)</w:t>
      </w:r>
    </w:p>
    <w:p>
      <w:pPr>
        <w:pStyle w:val="ListBullet"/>
        <w:ind w:left="360" w:hanging="216"/>
      </w:pPr>
      <w:r>
        <w:t>umie kreślić proste prostopadłe oraz proste równoległe na papierze w kratkę (K)</w:t>
      </w:r>
    </w:p>
    <w:p>
      <w:pPr>
        <w:pStyle w:val="ListBullet"/>
        <w:ind w:left="360" w:hanging="216"/>
      </w:pPr>
      <w:r>
        <w:t>umie rozpoznawać odcinki prostopadłe oraz odcinki równoległe (K)</w:t>
      </w:r>
    </w:p>
    <w:p>
      <w:pPr>
        <w:pStyle w:val="ListBullet"/>
        <w:ind w:left="360" w:hanging="216"/>
      </w:pPr>
      <w:r>
        <w:t>zna jednostki długości (K)</w:t>
      </w:r>
    </w:p>
    <w:p>
      <w:pPr>
        <w:pStyle w:val="ListBullet"/>
        <w:ind w:left="360" w:hanging="216"/>
      </w:pPr>
      <w:r>
        <w:t>zna zależności pomiędzy jednostkami długości (K–P)</w:t>
      </w:r>
    </w:p>
    <w:p>
      <w:pPr>
        <w:pStyle w:val="ListBullet"/>
        <w:ind w:left="360" w:hanging="216"/>
      </w:pPr>
      <w:r>
        <w:t>rozumie możliwość stosowania różnorodnych jednostek długości (K)</w:t>
      </w:r>
    </w:p>
    <w:p>
      <w:pPr>
        <w:pStyle w:val="ListBullet"/>
        <w:ind w:left="360" w:hanging="216"/>
      </w:pPr>
      <w:r>
        <w:t>umie zamieniać jednostki długości (K–P)</w:t>
      </w:r>
    </w:p>
    <w:p>
      <w:pPr>
        <w:pStyle w:val="ListBullet"/>
        <w:ind w:left="360" w:hanging="216"/>
      </w:pPr>
      <w:r>
        <w:t>umie mierzyć długości odcinków (K)</w:t>
      </w:r>
    </w:p>
    <w:p>
      <w:pPr>
        <w:pStyle w:val="ListBullet"/>
        <w:ind w:left="360" w:hanging="216"/>
      </w:pPr>
      <w:r>
        <w:t>umie kreślić odcinki danej długości (K)</w:t>
      </w:r>
    </w:p>
    <w:p>
      <w:pPr>
        <w:pStyle w:val="ListBullet"/>
        <w:ind w:left="360" w:hanging="216"/>
      </w:pPr>
      <w:r>
        <w:t>zna pojęcie kąta (K)</w:t>
      </w:r>
    </w:p>
    <w:p>
      <w:pPr>
        <w:pStyle w:val="ListBullet"/>
        <w:ind w:left="360" w:hanging="216"/>
      </w:pPr>
      <w:r>
        <w:t>zna rodzaje kątów: prosty, ostry, rozwarty (K)</w:t>
      </w:r>
    </w:p>
    <w:p>
      <w:pPr>
        <w:pStyle w:val="ListBullet"/>
        <w:ind w:left="360" w:hanging="216"/>
      </w:pPr>
      <w:r>
        <w:t>umie klasyfikować kąty: prosty, ostry, rozwarty (K–P)</w:t>
      </w:r>
    </w:p>
    <w:p>
      <w:pPr>
        <w:pStyle w:val="ListBullet"/>
        <w:ind w:left="360" w:hanging="216"/>
      </w:pPr>
      <w:r>
        <w:t>umie kreślić poszczególne rodzaje kątów: prosty, ostry, rozwarty (K–P)</w:t>
      </w:r>
    </w:p>
    <w:p>
      <w:pPr>
        <w:pStyle w:val="ListBullet"/>
        <w:ind w:left="360" w:hanging="216"/>
      </w:pPr>
      <w:r>
        <w:t>zna jednostkę miary kąta (K)</w:t>
      </w:r>
    </w:p>
    <w:p>
      <w:pPr>
        <w:pStyle w:val="ListBullet"/>
        <w:ind w:left="360" w:hanging="216"/>
      </w:pPr>
      <w:r>
        <w:t>umie mierzyć kąty (K)</w:t>
      </w:r>
    </w:p>
    <w:p>
      <w:pPr>
        <w:pStyle w:val="ListBullet"/>
        <w:ind w:left="360" w:hanging="216"/>
      </w:pPr>
      <w:r>
        <w:t>zna pojęcie wielokąta (K)</w:t>
      </w:r>
    </w:p>
    <w:p>
      <w:pPr>
        <w:pStyle w:val="ListBullet"/>
        <w:ind w:left="360" w:hanging="216"/>
      </w:pPr>
      <w:r>
        <w:t>zna elementy wielokątów oraz ich nazwy (K)</w:t>
      </w:r>
    </w:p>
    <w:p>
      <w:pPr>
        <w:pStyle w:val="ListBullet"/>
        <w:ind w:left="360" w:hanging="216"/>
      </w:pPr>
      <w:r>
        <w:t>umie nazwać wielokąt na podstawie jego cech (K)</w:t>
      </w:r>
    </w:p>
    <w:p>
      <w:pPr>
        <w:pStyle w:val="ListBullet"/>
        <w:ind w:left="360" w:hanging="216"/>
      </w:pPr>
      <w:r>
        <w:t>zna pojęcia: prostokąt, kwadrat (K)</w:t>
      </w:r>
    </w:p>
    <w:p>
      <w:pPr>
        <w:pStyle w:val="ListBullet"/>
        <w:ind w:left="360" w:hanging="216"/>
      </w:pPr>
      <w:r>
        <w:t>zna własności prostokąta i kwadratu (K)</w:t>
      </w:r>
    </w:p>
    <w:p>
      <w:pPr>
        <w:pStyle w:val="ListBullet"/>
        <w:ind w:left="360" w:hanging="216"/>
      </w:pPr>
      <w:r>
        <w:t>umie kreślić prostokąt, kwadrat o danych wymiarach lub przystający do daneg o na papierze w kratkę (K)</w:t>
      </w:r>
    </w:p>
    <w:p>
      <w:pPr>
        <w:pStyle w:val="ListBullet"/>
        <w:ind w:left="360" w:hanging="216"/>
      </w:pPr>
      <w:r>
        <w:t>zna sposób obliczania obwodów prostokątów i kwadratów (K)</w:t>
      </w:r>
    </w:p>
    <w:p>
      <w:pPr>
        <w:pStyle w:val="ListBullet"/>
        <w:ind w:left="360" w:hanging="216"/>
      </w:pPr>
      <w:r>
        <w:t>umie obliczać obwody prostokąta i kwadratu (K–P)</w:t>
      </w:r>
    </w:p>
    <w:p>
      <w:pPr>
        <w:pStyle w:val="ListBullet"/>
        <w:ind w:left="360" w:hanging="216"/>
      </w:pPr>
      <w:r>
        <w:t>zna pojęcia koła i okręgu (K)</w:t>
      </w:r>
    </w:p>
    <w:p>
      <w:pPr>
        <w:pStyle w:val="ListBullet"/>
        <w:ind w:left="360" w:hanging="216"/>
      </w:pPr>
      <w:r>
        <w:t>zna elementy koła i okręgu (K-P)</w:t>
      </w:r>
    </w:p>
    <w:p>
      <w:pPr>
        <w:pStyle w:val="ListBullet"/>
        <w:ind w:left="360" w:hanging="216"/>
      </w:pPr>
      <w:r>
        <w:t>umie wyróżniać spośród figur płaskich koła i okręgi (K)</w:t>
      </w:r>
    </w:p>
    <w:p>
      <w:pPr>
        <w:pStyle w:val="ListBullet"/>
        <w:ind w:left="360" w:hanging="216"/>
      </w:pPr>
      <w:r>
        <w:t>umie kreślić koło i okrąg o danym promieniu (K) Wymagania  na ocenę dostateczną (oprócz spełnienia wymagań na ocenę dopuszczającą) . Uczeń:</w:t>
      </w:r>
    </w:p>
    <w:p>
      <w:pPr>
        <w:pStyle w:val="ListBullet"/>
        <w:ind w:left="360" w:hanging="216"/>
      </w:pPr>
      <w:r>
        <w:t>zna zapis symboliczny prostych prostopadłych i prostych równoległych (P)</w:t>
      </w:r>
    </w:p>
    <w:p>
      <w:pPr>
        <w:pStyle w:val="ListBullet"/>
        <w:ind w:left="360" w:hanging="216"/>
      </w:pPr>
      <w:r>
        <w:t>umie kreślić proste prostopadłe oraz proste równoległe na papierze gładkim (P)</w:t>
      </w:r>
    </w:p>
    <w:p>
      <w:pPr>
        <w:pStyle w:val="ListBullet"/>
        <w:ind w:left="360" w:hanging="216"/>
      </w:pPr>
      <w:r>
        <w:t>umie kreślić proste prostopadłe oraz proste równoległe przechodzące prze dany punkt (P)</w:t>
      </w:r>
    </w:p>
    <w:p>
      <w:pPr>
        <w:pStyle w:val="ListBullet"/>
        <w:ind w:left="360" w:hanging="216"/>
      </w:pPr>
      <w:r>
        <w:t>umie określać wzajemne położenia prostych na płaszczyźnie (P)</w:t>
      </w:r>
    </w:p>
    <w:p>
      <w:pPr>
        <w:pStyle w:val="ListBullet"/>
        <w:ind w:left="360" w:hanging="216"/>
      </w:pPr>
      <w:r>
        <w:t>zna definicje odcinków prostopadłych i odcinków równoległych (P)</w:t>
      </w:r>
    </w:p>
    <w:p>
      <w:pPr>
        <w:pStyle w:val="ListBullet"/>
        <w:ind w:left="360" w:hanging="216"/>
      </w:pPr>
      <w:r>
        <w:t>zna zależności pomiędzy jednostkami długości (K–P)</w:t>
      </w:r>
    </w:p>
    <w:p>
      <w:pPr>
        <w:pStyle w:val="ListBullet"/>
        <w:ind w:left="360" w:hanging="216"/>
      </w:pPr>
      <w:r>
        <w:t>umie zamieniać jednostki długości (K–P)</w:t>
      </w:r>
    </w:p>
    <w:p>
      <w:pPr>
        <w:pStyle w:val="ListBullet"/>
        <w:ind w:left="360" w:hanging="216"/>
      </w:pPr>
      <w:r>
        <w:t>umie kreślić odcinki, których długość spełnia określone warunki (P)</w:t>
      </w:r>
    </w:p>
    <w:p>
      <w:pPr>
        <w:pStyle w:val="ListBullet"/>
        <w:ind w:left="360" w:hanging="216"/>
      </w:pPr>
      <w:r>
        <w:t>umie rozwiązywać zadania tekstowe związane z mierzeniem odcinków (P)</w:t>
      </w:r>
    </w:p>
    <w:p>
      <w:pPr>
        <w:pStyle w:val="ListBullet"/>
        <w:ind w:left="360" w:hanging="216"/>
      </w:pPr>
      <w:r>
        <w:t>zna elementy kąta (P)</w:t>
      </w:r>
    </w:p>
    <w:p>
      <w:pPr>
        <w:pStyle w:val="ListBullet"/>
        <w:ind w:left="360" w:hanging="216"/>
      </w:pPr>
      <w:r>
        <w:t>zna symbol kąta prostego (P)</w:t>
      </w:r>
    </w:p>
    <w:p>
      <w:pPr>
        <w:pStyle w:val="ListBullet"/>
        <w:ind w:left="360" w:hanging="216"/>
      </w:pPr>
      <w:r>
        <w:t>umie klasyfikować kąty: prosty, ostry, rozwarty (K–P)</w:t>
      </w:r>
    </w:p>
    <w:p>
      <w:pPr>
        <w:pStyle w:val="ListBullet"/>
        <w:ind w:left="360" w:hanging="216"/>
      </w:pPr>
      <w:r>
        <w:t>umie kreślić poszczególne rodzaje kątów: prosty, ostry, rozwarty (K–P)</w:t>
      </w:r>
    </w:p>
    <w:p>
      <w:pPr>
        <w:pStyle w:val="ListBullet"/>
        <w:ind w:left="360" w:hanging="216"/>
      </w:pPr>
      <w:r>
        <w:t>umie kreślić kąty o danej mierze (P)</w:t>
      </w:r>
    </w:p>
    <w:p>
      <w:pPr>
        <w:pStyle w:val="ListBullet"/>
        <w:ind w:left="360" w:hanging="216"/>
      </w:pPr>
      <w:r>
        <w:t>umie określać miarę poszczególnych rodzajów kątów (P)</w:t>
      </w:r>
    </w:p>
    <w:p>
      <w:pPr>
        <w:pStyle w:val="ListBullet"/>
        <w:ind w:left="360" w:hanging="216"/>
      </w:pPr>
      <w:r>
        <w:t>na podstawie rysunku umie określać punkty należące i nienależące do wielokąta (P)</w:t>
      </w:r>
    </w:p>
    <w:p>
      <w:pPr>
        <w:pStyle w:val="ListBullet"/>
        <w:ind w:left="360" w:hanging="216"/>
      </w:pPr>
      <w:r>
        <w:t>zna różnice pomiędzy dowolnym prostokątem a kwadratem (P)</w:t>
      </w:r>
    </w:p>
    <w:p>
      <w:pPr>
        <w:pStyle w:val="ListBullet"/>
        <w:ind w:left="360" w:hanging="216"/>
      </w:pPr>
      <w:r>
        <w:t>umie kreślić prostokąt, kwadrat o danych wymiarach lub przystający do danego na papierze gładkim (P)</w:t>
      </w:r>
    </w:p>
    <w:p>
      <w:pPr>
        <w:pStyle w:val="ListBullet"/>
        <w:ind w:left="360" w:hanging="216"/>
      </w:pPr>
      <w:r>
        <w:t>umie wyróżniać spośród czworokątów prostokąty i kwadraty (P)</w:t>
      </w:r>
    </w:p>
    <w:p>
      <w:pPr>
        <w:pStyle w:val="ListBullet"/>
        <w:ind w:left="360" w:hanging="216"/>
      </w:pPr>
      <w:r>
        <w:t>umie obliczać obwody prostokąta i kwadratu (K–P)</w:t>
      </w:r>
    </w:p>
    <w:p>
      <w:pPr>
        <w:pStyle w:val="ListBullet"/>
        <w:ind w:left="360" w:hanging="216"/>
      </w:pPr>
      <w:r>
        <w:t>umie obliczać długość boku kwadratu przy danym obwodzie (P)</w:t>
      </w:r>
    </w:p>
    <w:p>
      <w:pPr>
        <w:pStyle w:val="ListBullet"/>
        <w:ind w:left="360" w:hanging="216"/>
      </w:pPr>
      <w:r>
        <w:t>zna elementy koła i okręgu (K-P)</w:t>
      </w:r>
    </w:p>
    <w:p>
      <w:pPr>
        <w:pStyle w:val="ListBullet"/>
        <w:ind w:left="360" w:hanging="216"/>
      </w:pPr>
      <w:r>
        <w:t>zna zależność między długością promienia i średnicy (P)</w:t>
      </w:r>
    </w:p>
    <w:p>
      <w:pPr>
        <w:pStyle w:val="ListBullet"/>
        <w:ind w:left="360" w:hanging="216"/>
      </w:pPr>
      <w:r>
        <w:t>zna różnicę między kołem i okręgiem (P)</w:t>
      </w:r>
    </w:p>
    <w:p>
      <w:pPr>
        <w:pStyle w:val="ListBullet"/>
        <w:ind w:left="360" w:hanging="216"/>
      </w:pPr>
      <w:r>
        <w:t>umie kreślić promienie, cięciwy i średnice okręgów lub kół (P)</w:t>
      </w:r>
    </w:p>
    <w:p>
      <w:pPr>
        <w:pStyle w:val="ListBullet"/>
        <w:ind w:left="360" w:hanging="216"/>
      </w:pPr>
      <w:r>
        <w:t>zna pojęcie skali (P)</w:t>
      </w:r>
    </w:p>
    <w:p>
      <w:pPr>
        <w:pStyle w:val="ListBullet"/>
        <w:ind w:left="360" w:hanging="216"/>
      </w:pPr>
      <w:r>
        <w:t>umie kreślić odcinki w skali (P)</w:t>
      </w:r>
    </w:p>
    <w:p>
      <w:pPr>
        <w:pStyle w:val="ListBullet"/>
        <w:ind w:left="360" w:hanging="216"/>
      </w:pPr>
      <w:r>
        <w:t>zna zastosowanie skali na planie (P)</w:t>
      </w:r>
    </w:p>
    <w:p>
      <w:pPr>
        <w:pStyle w:val="ListBullet"/>
        <w:ind w:left="360" w:hanging="216"/>
      </w:pPr>
      <w:r>
        <w:t>zna pojęcie skali na planie (P) Wymagania  na ocenę dobrą (oprócz spełnienia wymagań na ocenę dostateczną). Uczeń:</w:t>
      </w:r>
    </w:p>
    <w:p>
      <w:pPr>
        <w:pStyle w:val="ListBullet"/>
        <w:ind w:left="360" w:hanging="216"/>
      </w:pPr>
      <w:r>
        <w:t>zna pojęcie łamanej (R)</w:t>
      </w:r>
    </w:p>
    <w:p>
      <w:pPr>
        <w:pStyle w:val="ListBullet"/>
        <w:ind w:left="360" w:hanging="216"/>
      </w:pPr>
      <w:r>
        <w:t>umie kreślić łamane spełniające dane warunki (R-W)</w:t>
      </w:r>
    </w:p>
    <w:p>
      <w:pPr>
        <w:pStyle w:val="ListBullet"/>
        <w:ind w:left="360" w:hanging="216"/>
      </w:pPr>
      <w:r>
        <w:t>umie rozwiązywać zadania tekstowe związane z podstawowymi figurami geometrycznymi (R –W)</w:t>
      </w:r>
    </w:p>
    <w:p>
      <w:pPr>
        <w:pStyle w:val="ListBullet"/>
        <w:ind w:left="360" w:hanging="216"/>
      </w:pPr>
      <w:r>
        <w:t>umie mierzyć długość łamanej (R)</w:t>
      </w:r>
    </w:p>
    <w:p>
      <w:pPr>
        <w:pStyle w:val="ListBullet"/>
        <w:ind w:left="360" w:hanging="216"/>
      </w:pPr>
      <w:r>
        <w:t>umie kreślić łamane danej długości (R)</w:t>
      </w:r>
    </w:p>
    <w:p>
      <w:pPr>
        <w:pStyle w:val="ListBullet"/>
        <w:ind w:left="360" w:hanging="216"/>
      </w:pPr>
      <w:r>
        <w:t>umie rozwiązywać zadania tekstowe związane z mierzeniem odcinków w trudniejszych sytuacjach (R)</w:t>
      </w:r>
    </w:p>
    <w:p>
      <w:pPr>
        <w:pStyle w:val="ListBullet"/>
        <w:ind w:left="360" w:hanging="216"/>
      </w:pPr>
      <w:r>
        <w:t>zna rodzaje kątów: pełny, półpełny, wklęsły (R)</w:t>
      </w:r>
    </w:p>
    <w:p>
      <w:pPr>
        <w:pStyle w:val="ListBullet"/>
        <w:ind w:left="360" w:hanging="216"/>
      </w:pPr>
      <w:r>
        <w:t>umie klasyfikować kąty: pełny, półpełny, wklęsły (R)</w:t>
      </w:r>
    </w:p>
    <w:p>
      <w:pPr>
        <w:pStyle w:val="ListBullet"/>
        <w:ind w:left="360" w:hanging="216"/>
      </w:pPr>
      <w:r>
        <w:t>umie kreślić poszczególne rodzaje kątów: pełny, półpełny, wklęsły (R)</w:t>
      </w:r>
    </w:p>
    <w:p>
      <w:pPr>
        <w:pStyle w:val="ListBullet"/>
        <w:ind w:left="360" w:hanging="216"/>
      </w:pPr>
      <w:r>
        <w:t>umie rysować wielokąt o określonych kątach (R)</w:t>
      </w:r>
    </w:p>
    <w:p>
      <w:pPr>
        <w:pStyle w:val="ListBullet"/>
        <w:ind w:left="360" w:hanging="216"/>
      </w:pPr>
      <w:r>
        <w:t>umie rozwiązywać zadania tekstowe związane z kątami (R)</w:t>
      </w:r>
    </w:p>
    <w:p>
      <w:pPr>
        <w:pStyle w:val="ListBullet"/>
        <w:ind w:left="360" w:hanging="216"/>
      </w:pPr>
      <w:r>
        <w:t>umie rysować wielokąt o określonych cechach (R)</w:t>
      </w:r>
    </w:p>
    <w:p>
      <w:pPr>
        <w:pStyle w:val="ListBullet"/>
        <w:ind w:left="360" w:hanging="216"/>
      </w:pPr>
      <w:r>
        <w:t>umie obliczać długość boku prostokąta przy danym obwodzie i długości drugiego boku (R–D)</w:t>
      </w:r>
    </w:p>
    <w:p>
      <w:pPr>
        <w:pStyle w:val="ListBullet"/>
        <w:ind w:left="360" w:hanging="216"/>
      </w:pPr>
      <w:r>
        <w:t>umie rozwiązywać zadania dotyczące obliczania obwodów prostokątów i  kwadratów (R–D)</w:t>
      </w:r>
    </w:p>
    <w:p>
      <w:pPr>
        <w:pStyle w:val="ListBullet"/>
        <w:ind w:left="360" w:hanging="216"/>
      </w:pPr>
      <w:r>
        <w:t>umie obliczać obwody wielokątów złożonych z kilku prostokątów (R–W)</w:t>
      </w:r>
    </w:p>
    <w:p>
      <w:pPr>
        <w:pStyle w:val="ListBullet"/>
        <w:ind w:left="360" w:hanging="216"/>
      </w:pPr>
      <w:r>
        <w:t>umie kreślić promienie, cięciwy i średnice okręgów lub kół spełniające podane warunki (R –D)</w:t>
      </w:r>
    </w:p>
    <w:p>
      <w:pPr>
        <w:pStyle w:val="ListBullet"/>
        <w:ind w:left="360" w:hanging="216"/>
      </w:pPr>
      <w:r>
        <w:t>umie wykorzystywać cyrkiel do porównywania długości odcinków (R–W)</w:t>
      </w:r>
    </w:p>
    <w:p>
      <w:pPr>
        <w:pStyle w:val="ListBullet"/>
        <w:ind w:left="360" w:hanging="216"/>
      </w:pPr>
      <w:r>
        <w:t>umie kreślić prostokąty i okręgi w skali (R)</w:t>
      </w:r>
    </w:p>
    <w:p>
      <w:pPr>
        <w:pStyle w:val="ListBullet"/>
        <w:ind w:left="360" w:hanging="216"/>
      </w:pPr>
      <w:r>
        <w:t>umie obliczać długości odcinków w skali lub w rzeczywistości (R)</w:t>
      </w:r>
    </w:p>
    <w:p>
      <w:pPr>
        <w:pStyle w:val="ListBullet"/>
        <w:ind w:left="360" w:hanging="216"/>
      </w:pPr>
      <w:r>
        <w:t>umie obliczać rzeczywiste wymiary obiektów narysowanych w skali (R–D)</w:t>
      </w:r>
    </w:p>
    <w:p>
      <w:pPr>
        <w:pStyle w:val="ListBullet"/>
        <w:ind w:left="360" w:hanging="216"/>
      </w:pPr>
      <w:r>
        <w:t>umie rozwiązywać zadania tekstowe związane ze skalą (R–W)</w:t>
      </w:r>
    </w:p>
    <w:p>
      <w:pPr>
        <w:pStyle w:val="ListBullet"/>
        <w:ind w:left="360" w:hanging="216"/>
      </w:pPr>
      <w:r>
        <w:t>umie obliczać na podstawie skali długość odcinka na planie (mapie) lub w rzeczywistości (R)</w:t>
      </w:r>
    </w:p>
    <w:p>
      <w:pPr>
        <w:pStyle w:val="ListBullet"/>
        <w:ind w:left="360" w:hanging="216"/>
      </w:pPr>
      <w:r>
        <w:t>umie określać skalę na podstawie słownego opisu (R)</w:t>
      </w:r>
    </w:p>
    <w:p>
      <w:pPr>
        <w:pStyle w:val="ListBullet"/>
        <w:ind w:left="360" w:hanging="216"/>
      </w:pPr>
      <w:r>
        <w:t>umie stosować podziałkę liniową (R)</w:t>
      </w:r>
    </w:p>
    <w:p>
      <w:pPr>
        <w:pStyle w:val="ListBullet"/>
        <w:ind w:left="360" w:hanging="216"/>
      </w:pPr>
      <w:r>
        <w:t>umie dobierać skalę planu stosownie do potrzeb (R–D)</w:t>
      </w:r>
    </w:p>
    <w:p>
      <w:pPr>
        <w:pStyle w:val="ListBullet"/>
        <w:ind w:left="360" w:hanging="216"/>
      </w:pPr>
      <w:r>
        <w:t>umie przyporządkować fragment mapy do odpowiedniej skali (R)</w:t>
      </w:r>
    </w:p>
    <w:p>
      <w:pPr>
        <w:pStyle w:val="Heading2"/>
      </w:pPr>
      <w:r>
        <w:t>Wymagania na ocenę bardzo dobrą (oprócz spełnienia wymagań na ocenę dobrą). Uczeń:</w:t>
      </w:r>
    </w:p>
    <w:p>
      <w:pPr>
        <w:pStyle w:val="ListBullet"/>
        <w:ind w:left="360" w:hanging="216"/>
      </w:pPr>
      <w:r>
        <w:t>umie rozwiązywać zadania tekstowe związane z podstawowymi figurami geometrycznymi (R –W)</w:t>
      </w:r>
    </w:p>
    <w:p>
      <w:pPr>
        <w:pStyle w:val="ListBullet"/>
        <w:ind w:left="360" w:hanging="216"/>
      </w:pPr>
      <w:r>
        <w:t>kreślić łamane spełniające dane warunki (R–W)</w:t>
      </w:r>
    </w:p>
    <w:p>
      <w:pPr>
        <w:pStyle w:val="ListBullet"/>
        <w:ind w:left="360" w:hanging="216"/>
      </w:pPr>
      <w:r>
        <w:t>umie rozwiązywać zadania związane z położeniem wskazówek zegara (D–W)</w:t>
      </w:r>
    </w:p>
    <w:p>
      <w:pPr>
        <w:pStyle w:val="ListBullet"/>
        <w:ind w:left="360" w:hanging="216"/>
      </w:pPr>
      <w:r>
        <w:t>umie obliczać miary kątów przyległych (D)</w:t>
      </w:r>
    </w:p>
    <w:p>
      <w:pPr>
        <w:pStyle w:val="ListBullet"/>
        <w:ind w:left="360" w:hanging="216"/>
      </w:pPr>
      <w:r>
        <w:t>umie rozwiązywać zadania związane z podziałem wielokąta na części będące innymi wielokątami (D–W)</w:t>
      </w:r>
    </w:p>
    <w:p>
      <w:pPr>
        <w:pStyle w:val="ListBullet"/>
        <w:ind w:left="360" w:hanging="216"/>
      </w:pPr>
      <w:r>
        <w:t>umie obliczać długość boku prostokąta przy danym obwodzie i długości drugiego boku (R–D)</w:t>
      </w:r>
    </w:p>
    <w:p>
      <w:pPr>
        <w:pStyle w:val="ListBullet"/>
        <w:ind w:left="360" w:hanging="216"/>
      </w:pPr>
      <w:r>
        <w:t>umie rozwiązywać zadania dotyczące obliczania obwodów prostokątów i  kwadratów (R–D)</w:t>
      </w:r>
    </w:p>
    <w:p>
      <w:pPr>
        <w:pStyle w:val="ListBullet"/>
        <w:ind w:left="360" w:hanging="216"/>
      </w:pPr>
      <w:r>
        <w:t>umie obliczać obwody wielokątów złożonych z kilku prostokątów (R–W)</w:t>
      </w:r>
    </w:p>
    <w:p>
      <w:pPr>
        <w:pStyle w:val="ListBullet"/>
        <w:ind w:left="360" w:hanging="216"/>
      </w:pPr>
      <w:r>
        <w:t>umie kreślić promienie, cięciwy i średnice okręgów lub kół spełniające podane warunki (R –D)</w:t>
      </w:r>
    </w:p>
    <w:p>
      <w:pPr>
        <w:pStyle w:val="ListBullet"/>
        <w:ind w:left="360" w:hanging="216"/>
      </w:pPr>
      <w:r>
        <w:t>umie rozwiązywać zadania związane z kołem, okręgiem, prostokątem i kwadratem (D–W)</w:t>
      </w:r>
    </w:p>
    <w:p>
      <w:pPr>
        <w:pStyle w:val="ListBullet"/>
        <w:ind w:left="360" w:hanging="216"/>
      </w:pPr>
      <w:r>
        <w:t>umie wykorzystywać cyrkiel do porównywania długości odcinków (R–W)</w:t>
      </w:r>
    </w:p>
    <w:p>
      <w:pPr>
        <w:pStyle w:val="ListBullet"/>
        <w:ind w:left="360" w:hanging="216"/>
      </w:pPr>
      <w:r>
        <w:t>umie obliczać rzeczywiste wymiary obiektów narysowanych w skali (R–D)</w:t>
      </w:r>
    </w:p>
    <w:p>
      <w:pPr>
        <w:pStyle w:val="ListBullet"/>
        <w:ind w:left="360" w:hanging="216"/>
      </w:pPr>
      <w:r>
        <w:t>umie rozwiązywać zadania tekstowe związane ze skalą (R–W)</w:t>
      </w:r>
    </w:p>
    <w:p>
      <w:pPr>
        <w:pStyle w:val="ListBullet"/>
        <w:ind w:left="360" w:hanging="216"/>
      </w:pPr>
      <w:r>
        <w:t>umie dobierać skalę planu stosownie do potrzeb (R–D)</w:t>
      </w:r>
    </w:p>
    <w:p>
      <w:pPr>
        <w:pStyle w:val="Heading2"/>
      </w:pPr>
      <w:r>
        <w:t>Wymagania na ocenę celującą (oprócz spełnienia wymagań na ocenę bardzo dobrą). Uczeń:</w:t>
      </w:r>
    </w:p>
    <w:p>
      <w:pPr>
        <w:pStyle w:val="ListBullet"/>
        <w:ind w:left="360" w:hanging="216"/>
      </w:pPr>
      <w:r>
        <w:t>umie rozwiązywać zadania tekstowe związane z podstawowymi figurami geometrycznymi (R –W)</w:t>
      </w:r>
    </w:p>
    <w:p>
      <w:pPr>
        <w:pStyle w:val="ListBullet"/>
        <w:ind w:left="360" w:hanging="216"/>
      </w:pPr>
      <w:r>
        <w:t>umie rozwiązywać zadania tekstowe związane z prostopadłością i równoległością prostych (W)</w:t>
      </w:r>
    </w:p>
    <w:p>
      <w:pPr>
        <w:pStyle w:val="ListBullet"/>
        <w:ind w:left="360" w:hanging="216"/>
      </w:pPr>
      <w:r>
        <w:t>umie rozwiązywać zadania tekstowe związane z prostopadłością i równoległością odcinków (W)</w:t>
      </w:r>
    </w:p>
    <w:p>
      <w:pPr>
        <w:pStyle w:val="ListBullet"/>
        <w:ind w:left="360" w:hanging="216"/>
      </w:pPr>
      <w:r>
        <w:t>umie kreślić łamane spełniające dane warunki (R–W)</w:t>
      </w:r>
    </w:p>
    <w:p>
      <w:pPr>
        <w:pStyle w:val="ListBullet"/>
        <w:ind w:left="360" w:hanging="216"/>
      </w:pPr>
      <w:r>
        <w:t>umie rozwiązywać zadania związane z położeniem wskazówek zegara (D–W)</w:t>
      </w:r>
    </w:p>
    <w:p>
      <w:pPr>
        <w:pStyle w:val="ListBullet"/>
        <w:ind w:left="360" w:hanging="216"/>
      </w:pPr>
      <w:r>
        <w:t>umie rozwiązywać zadania związane z podziałem wielokąta na części będące innymi wielokątami (D–W)</w:t>
      </w:r>
    </w:p>
    <w:p>
      <w:pPr>
        <w:pStyle w:val="ListBullet"/>
        <w:ind w:left="360" w:hanging="216"/>
      </w:pPr>
      <w:r>
        <w:t>umie rozwiązywać nietypowe zadania tekstowe dotyczące prostokątów (W)</w:t>
      </w:r>
    </w:p>
    <w:p>
      <w:pPr>
        <w:pStyle w:val="ListBullet"/>
        <w:ind w:left="360" w:hanging="216"/>
      </w:pPr>
      <w:r>
        <w:t>umie obliczać obwody wielokątów złożonych z kilku prostokątów (R–W)</w:t>
      </w:r>
    </w:p>
    <w:p>
      <w:pPr>
        <w:pStyle w:val="ListBullet"/>
        <w:ind w:left="360" w:hanging="216"/>
      </w:pPr>
      <w:r>
        <w:t>umie rozwiązywać zadania związane z kołem, okręgiem, prostokątem i kwadratem (D–W)</w:t>
      </w:r>
    </w:p>
    <w:p>
      <w:pPr>
        <w:pStyle w:val="ListBullet"/>
        <w:ind w:left="360" w:hanging="216"/>
      </w:pPr>
      <w:r>
        <w:t>umie wykorzystywać cyrkiel do porównywania długości odcinków (R–W)</w:t>
      </w:r>
    </w:p>
    <w:p>
      <w:pPr>
        <w:pStyle w:val="ListBullet"/>
        <w:ind w:left="360" w:hanging="216"/>
      </w:pPr>
      <w:r>
        <w:t>umie rozwiązywać zadania tekstowe związane ze skalą (R–W)</w:t>
      </w:r>
    </w:p>
    <w:p>
      <w:pPr>
        <w:pStyle w:val="ListBullet"/>
        <w:ind w:left="360" w:hanging="216"/>
      </w:pPr>
      <w:r>
        <w:t>umie obliczać skalę mapy na podstawie długości odpowiedniego odcinka podanego w  innej skali (W)</w:t>
      </w:r>
    </w:p>
    <w:p>
      <w:r>
        <w:br w:type="page"/>
      </w:r>
    </w:p>
    <w:p>
      <w:pPr>
        <w:pStyle w:val="Heading1"/>
      </w:pPr>
      <w:r>
        <w:t>Dział 5. Ułamki Zwykłe</w:t>
      </w:r>
    </w:p>
    <w:p>
      <w:pPr>
        <w:pStyle w:val="Heading2"/>
      </w:pPr>
      <w:r>
        <w:t>Wymagania na ocenę dopuszczającą. Uczeń:</w:t>
      </w:r>
    </w:p>
    <w:p>
      <w:pPr>
        <w:pStyle w:val="ListBullet"/>
        <w:ind w:left="360" w:hanging="216"/>
      </w:pPr>
      <w:r>
        <w:t>zna pojęcie ułamka jako części całości (K)</w:t>
      </w:r>
    </w:p>
    <w:p>
      <w:pPr>
        <w:pStyle w:val="ListBullet"/>
        <w:ind w:left="360" w:hanging="216"/>
      </w:pPr>
      <w:r>
        <w:t>zna zapis ułamka zwykłego (K)</w:t>
      </w:r>
    </w:p>
    <w:p>
      <w:pPr>
        <w:pStyle w:val="ListBullet"/>
        <w:ind w:left="360" w:hanging="216"/>
      </w:pPr>
      <w:r>
        <w:t>umie zapisywać słownie ułamek zwykły (K)</w:t>
      </w:r>
    </w:p>
    <w:p>
      <w:pPr>
        <w:pStyle w:val="ListBullet"/>
        <w:ind w:left="360" w:hanging="216"/>
      </w:pPr>
      <w:r>
        <w:t>umie zaznaczać część figury określoną ułamkiem (K–P)</w:t>
      </w:r>
    </w:p>
    <w:p>
      <w:pPr>
        <w:pStyle w:val="ListBullet"/>
        <w:ind w:left="360" w:hanging="216"/>
      </w:pPr>
      <w:r>
        <w:t>umie zapisywać słownie ułamek zwykły i liczbę mieszaną (K)</w:t>
      </w:r>
    </w:p>
    <w:p>
      <w:pPr>
        <w:pStyle w:val="ListBullet"/>
        <w:ind w:left="360" w:hanging="216"/>
      </w:pPr>
      <w:r>
        <w:t>umie porównywać ułamki zwykłe o równych mianownikach (K)</w:t>
      </w:r>
    </w:p>
    <w:p>
      <w:pPr>
        <w:pStyle w:val="ListBullet"/>
        <w:ind w:left="360" w:hanging="216"/>
      </w:pPr>
      <w:r>
        <w:t>zna pojęcie ułamka jako ilorazu dwóch liczb naturalnych (K)</w:t>
      </w:r>
    </w:p>
    <w:p>
      <w:pPr>
        <w:pStyle w:val="ListBullet"/>
        <w:ind w:left="360" w:hanging="216"/>
      </w:pPr>
      <w:r>
        <w:t>zna algorytm dodawania ułamków zwykłych o jednakowych mianownikach (K)</w:t>
      </w:r>
    </w:p>
    <w:p>
      <w:pPr>
        <w:pStyle w:val="ListBullet"/>
        <w:ind w:left="360" w:hanging="216"/>
      </w:pPr>
      <w:r>
        <w:t>umie dodawać dwa ułamki zwykłe o tych samych mianownikach (K)</w:t>
      </w:r>
    </w:p>
    <w:p>
      <w:pPr>
        <w:pStyle w:val="ListBullet"/>
        <w:ind w:left="360" w:hanging="216"/>
      </w:pPr>
      <w:r>
        <w:t>zna algorytm odejmowania ułamków zwykłych o jednakowych mianownikach (K)</w:t>
      </w:r>
    </w:p>
    <w:p>
      <w:pPr>
        <w:pStyle w:val="ListBullet"/>
        <w:ind w:left="360" w:hanging="216"/>
      </w:pPr>
      <w:r>
        <w:t>umie odejmować dwa ułamki zwykłe o tych samych mianownikach (K) Wymagania  na ocenę dostateczną (oprócz spełnienia wymagań na ocenę dopuszczającą) . Uczeń:</w:t>
      </w:r>
    </w:p>
    <w:p>
      <w:pPr>
        <w:pStyle w:val="ListBullet"/>
        <w:ind w:left="360" w:hanging="216"/>
      </w:pPr>
      <w:r>
        <w:t>za pomocą ułamka umie opisywać część figury lub część zbioru skończonego (P)</w:t>
      </w:r>
    </w:p>
    <w:p>
      <w:pPr>
        <w:pStyle w:val="ListBullet"/>
        <w:ind w:left="360" w:hanging="216"/>
      </w:pPr>
      <w:r>
        <w:t>umie zaznaczać część figury określoną ułamkiem (K–P) oraz część zbioru skończonego opisanego ułamkiem (P)</w:t>
      </w:r>
    </w:p>
    <w:p>
      <w:pPr>
        <w:pStyle w:val="ListBullet"/>
        <w:ind w:left="360" w:hanging="216"/>
      </w:pPr>
      <w:r>
        <w:t>umie rozwiązywać zadania tekstowe, w których do opisu części skończonego zbioru zastosowano ułamki (P)</w:t>
      </w:r>
    </w:p>
    <w:p>
      <w:pPr>
        <w:pStyle w:val="ListBullet"/>
        <w:ind w:left="360" w:hanging="216"/>
      </w:pPr>
      <w:r>
        <w:t>zna pojęcie liczby mieszanej, jako sumy części całkowitej i ułamkowej (P)</w:t>
      </w:r>
    </w:p>
    <w:p>
      <w:pPr>
        <w:pStyle w:val="ListBullet"/>
        <w:ind w:left="360" w:hanging="216"/>
      </w:pPr>
      <w:r>
        <w:t>za pomocą liczb mieszanych umie opisywać liczebność zbioru skończonego (P)</w:t>
      </w:r>
    </w:p>
    <w:p>
      <w:pPr>
        <w:pStyle w:val="ListBullet"/>
        <w:ind w:left="360" w:hanging="216"/>
      </w:pPr>
      <w:r>
        <w:t>rozumie, że ułamek, jak każdą liczbę, można przedstawić na osi liczbowej (P)</w:t>
      </w:r>
    </w:p>
    <w:p>
      <w:pPr>
        <w:pStyle w:val="ListBullet"/>
        <w:ind w:left="360" w:hanging="216"/>
      </w:pPr>
      <w:r>
        <w:t>umie przedstawiać ułamek zwykły na osi liczbowej (P)</w:t>
      </w:r>
    </w:p>
    <w:p>
      <w:pPr>
        <w:pStyle w:val="ListBullet"/>
        <w:ind w:left="360" w:hanging="216"/>
      </w:pPr>
      <w:r>
        <w:t>umie zaznaczać liczby mieszane na osi liczbowej (P)</w:t>
      </w:r>
    </w:p>
    <w:p>
      <w:pPr>
        <w:pStyle w:val="ListBullet"/>
        <w:ind w:left="360" w:hanging="216"/>
      </w:pPr>
      <w:r>
        <w:t>zna sposób porównywania ułamków o równych licznikach lub mianownikach (P)</w:t>
      </w:r>
    </w:p>
    <w:p>
      <w:pPr>
        <w:pStyle w:val="ListBullet"/>
        <w:ind w:left="360" w:hanging="216"/>
      </w:pPr>
      <w:r>
        <w:t>umie porównywać ułamki zwykłe o równych licznikach (P)</w:t>
      </w:r>
    </w:p>
    <w:p>
      <w:pPr>
        <w:pStyle w:val="ListBullet"/>
        <w:ind w:left="360" w:hanging="216"/>
      </w:pPr>
      <w:r>
        <w:t>zna pojęcie ułamka nieskracalnego (P)</w:t>
      </w:r>
    </w:p>
    <w:p>
      <w:pPr>
        <w:pStyle w:val="ListBullet"/>
        <w:ind w:left="360" w:hanging="216"/>
      </w:pPr>
      <w:r>
        <w:t>zna algorytm skracania i algorytm rozszerzania ułamków zwykłych (P)</w:t>
      </w:r>
    </w:p>
    <w:p>
      <w:pPr>
        <w:pStyle w:val="ListBullet"/>
        <w:ind w:left="360" w:hanging="216"/>
      </w:pPr>
      <w:r>
        <w:t>rozumie, że ułamek można zapisać na wiele sposobów (P)</w:t>
      </w:r>
    </w:p>
    <w:p>
      <w:pPr>
        <w:pStyle w:val="ListBullet"/>
        <w:ind w:left="360" w:hanging="216"/>
      </w:pPr>
      <w:r>
        <w:t>umie skracać (rozszerzać) ułamki zwykłe do danego licznika lub mianownika (P)</w:t>
      </w:r>
    </w:p>
    <w:p>
      <w:pPr>
        <w:pStyle w:val="ListBullet"/>
        <w:ind w:left="360" w:hanging="216"/>
      </w:pPr>
      <w:r>
        <w:t>zna pojęcie ułamków właściwych i niewłaściwych (P)</w:t>
      </w:r>
    </w:p>
    <w:p>
      <w:pPr>
        <w:pStyle w:val="ListBullet"/>
        <w:ind w:left="360" w:hanging="216"/>
      </w:pPr>
      <w:r>
        <w:t>umie odróżniać ułamki właściwe od niewłaściwych (P)</w:t>
      </w:r>
    </w:p>
    <w:p>
      <w:pPr>
        <w:pStyle w:val="ListBullet"/>
        <w:ind w:left="360" w:hanging="216"/>
      </w:pPr>
      <w:r>
        <w:t>umie zamieniać całości na ułamki niewłaściwe (P)</w:t>
      </w:r>
    </w:p>
    <w:p>
      <w:pPr>
        <w:pStyle w:val="ListBullet"/>
        <w:ind w:left="360" w:hanging="216"/>
      </w:pPr>
      <w:r>
        <w:t>umie stosować odpowiedniości: dzielna – licznik, dzielnik – mianownik, znak dzielenia – kreska ułamkowa (P)</w:t>
      </w:r>
    </w:p>
    <w:p>
      <w:pPr>
        <w:pStyle w:val="ListBullet"/>
        <w:ind w:left="360" w:hanging="216"/>
      </w:pPr>
      <w:r>
        <w:t>umie przedstawiać ułamki zwykłe w postaci ilorazu liczb naturalnych i  odwrotnie (P)</w:t>
      </w:r>
    </w:p>
    <w:p>
      <w:pPr>
        <w:pStyle w:val="ListBullet"/>
        <w:ind w:left="360" w:hanging="216"/>
      </w:pPr>
      <w:r>
        <w:t>umie dodawać liczby mieszane o tych samych mianownikach (P)</w:t>
      </w:r>
    </w:p>
    <w:p>
      <w:pPr>
        <w:pStyle w:val="ListBullet"/>
        <w:ind w:left="360" w:hanging="216"/>
      </w:pPr>
      <w:r>
        <w:t>umie rozwiązywać zadania tekstowe z zastosowaniem dodawania ułamków zwykłych (P)</w:t>
      </w:r>
    </w:p>
    <w:p>
      <w:pPr>
        <w:pStyle w:val="ListBullet"/>
        <w:ind w:left="360" w:hanging="216"/>
      </w:pPr>
      <w:r>
        <w:t>rozumie odejmowanie jako działanie odwrotne do dodawania (P)</w:t>
      </w:r>
    </w:p>
    <w:p>
      <w:pPr>
        <w:pStyle w:val="ListBullet"/>
        <w:ind w:left="360" w:hanging="216"/>
      </w:pPr>
      <w:r>
        <w:t>umie porównywać różnicowo (P)</w:t>
      </w:r>
    </w:p>
    <w:p>
      <w:pPr>
        <w:pStyle w:val="ListBullet"/>
        <w:ind w:left="360" w:hanging="216"/>
      </w:pPr>
      <w:r>
        <w:t>umie odejmować liczby mieszane o tych samych mianownikach (P)</w:t>
      </w:r>
    </w:p>
    <w:p>
      <w:pPr>
        <w:pStyle w:val="ListBullet"/>
        <w:ind w:left="360" w:hanging="216"/>
      </w:pPr>
      <w:r>
        <w:t>umie obliczać składnik, znając sumę i drugi składnik (P)</w:t>
      </w:r>
    </w:p>
    <w:p>
      <w:pPr>
        <w:pStyle w:val="ListBullet"/>
        <w:ind w:left="360" w:hanging="216"/>
      </w:pPr>
      <w:r>
        <w:t>umie rozwiązywać zadania z  zastosowaniem odejmowania ułamków zwykłych (P) Wymagania  na ocenę dobrą (oprócz spełnienia wymagań na ocenę dostateczną). Uczeń:</w:t>
      </w:r>
    </w:p>
    <w:p>
      <w:pPr>
        <w:pStyle w:val="ListBullet"/>
        <w:ind w:left="360" w:hanging="216"/>
      </w:pPr>
      <w:r>
        <w:t>umie rozwiązywać zadania tekstowe z zastosowaniem ułamków do opisu części skończonego zbioru (R–W)</w:t>
      </w:r>
    </w:p>
    <w:p>
      <w:pPr>
        <w:pStyle w:val="ListBullet"/>
        <w:ind w:left="360" w:hanging="216"/>
      </w:pPr>
      <w:r>
        <w:t>umie obliczać upływ czasu podany przy pomocy ułamka lub liczby mieszanej (R)</w:t>
      </w:r>
    </w:p>
    <w:p>
      <w:pPr>
        <w:pStyle w:val="ListBullet"/>
        <w:ind w:left="360" w:hanging="216"/>
      </w:pPr>
      <w:r>
        <w:t>umie zamieniać jednostki długości oraz jednostki masy wyrażone częścią innej jednostki (R)</w:t>
      </w:r>
    </w:p>
    <w:p>
      <w:pPr>
        <w:pStyle w:val="ListBullet"/>
        <w:ind w:left="360" w:hanging="216"/>
      </w:pPr>
      <w:r>
        <w:t>umie odczytywać współrzędne ułamków i liczb mieszanych na osi liczbowej (R)</w:t>
      </w:r>
    </w:p>
    <w:p>
      <w:pPr>
        <w:pStyle w:val="ListBullet"/>
        <w:ind w:left="360" w:hanging="216"/>
      </w:pPr>
      <w:r>
        <w:t>umie ustalać jednostkę na osi liczbowej na podstawie danych o  współrzędnych punktów (R–D)</w:t>
      </w:r>
    </w:p>
    <w:p>
      <w:pPr>
        <w:pStyle w:val="ListBullet"/>
        <w:ind w:left="360" w:hanging="216"/>
      </w:pPr>
      <w:r>
        <w:t>umie rozwiązywać zadania tekstowe z zastosowaniem porównywania ułamków zwykłych (R –W)</w:t>
      </w:r>
    </w:p>
    <w:p>
      <w:pPr>
        <w:pStyle w:val="ListBullet"/>
        <w:ind w:left="360" w:hanging="216"/>
      </w:pPr>
      <w:r>
        <w:t>umie zapisywać ułamki zwykłe w postaci nieskracalnej (R)</w:t>
      </w:r>
    </w:p>
    <w:p>
      <w:pPr>
        <w:pStyle w:val="ListBullet"/>
        <w:ind w:left="360" w:hanging="216"/>
      </w:pPr>
      <w:r>
        <w:t>zna algorytm zamiany liczb mieszanych na ułamki niewłaściwe (R)</w:t>
      </w:r>
    </w:p>
    <w:p>
      <w:pPr>
        <w:pStyle w:val="ListBullet"/>
        <w:ind w:left="360" w:hanging="216"/>
      </w:pPr>
      <w:r>
        <w:t>umie zamieniać liczby mieszane na ułamki niewłaściwe (R–D)</w:t>
      </w:r>
    </w:p>
    <w:p>
      <w:pPr>
        <w:pStyle w:val="ListBullet"/>
        <w:ind w:left="360" w:hanging="216"/>
      </w:pPr>
      <w:r>
        <w:t>umie porównywać liczby przedstawione w postaci ułamków (R–D)</w:t>
      </w:r>
    </w:p>
    <w:p>
      <w:pPr>
        <w:pStyle w:val="ListBullet"/>
        <w:ind w:left="360" w:hanging="216"/>
      </w:pPr>
      <w:r>
        <w:t>umie rozwiązywać zadania tekstowe z zastosowaniem zamiany ułamków zwykłych (R–W)</w:t>
      </w:r>
    </w:p>
    <w:p>
      <w:pPr>
        <w:pStyle w:val="ListBullet"/>
        <w:ind w:left="360" w:hanging="216"/>
      </w:pPr>
      <w:r>
        <w:t>zna sposób wyłączania całości z ułamka (R)</w:t>
      </w:r>
    </w:p>
    <w:p>
      <w:pPr>
        <w:pStyle w:val="ListBullet"/>
        <w:ind w:left="360" w:hanging="216"/>
      </w:pPr>
      <w:r>
        <w:t>umie wyłączać całości z ułamków (R)</w:t>
      </w:r>
    </w:p>
    <w:p>
      <w:pPr>
        <w:pStyle w:val="ListBullet"/>
        <w:ind w:left="360" w:hanging="216"/>
      </w:pPr>
      <w:r>
        <w:t>umie porządkować liczby przedstawione w postaci ułamków niewłaściwych i  liczb mieszanych(R–D)</w:t>
      </w:r>
    </w:p>
    <w:p>
      <w:pPr>
        <w:pStyle w:val="ListBullet"/>
        <w:ind w:left="360" w:hanging="216"/>
      </w:pPr>
      <w:r>
        <w:t>umie rozwiązywać zadania tekstowe nawiązujące do dzielenia mniejszej liczby przez większą (R–W)</w:t>
      </w:r>
    </w:p>
    <w:p>
      <w:pPr>
        <w:pStyle w:val="ListBullet"/>
        <w:ind w:left="360" w:hanging="216"/>
      </w:pPr>
      <w:r>
        <w:t>umie dopełniać ułamki do całości (R)</w:t>
      </w:r>
    </w:p>
    <w:p>
      <w:pPr>
        <w:pStyle w:val="ListBullet"/>
        <w:ind w:left="360" w:hanging="216"/>
      </w:pPr>
      <w:r>
        <w:t>umie odejmować ułamki od całości (R)</w:t>
      </w:r>
    </w:p>
    <w:p>
      <w:pPr>
        <w:pStyle w:val="ListBullet"/>
        <w:ind w:left="360" w:hanging="216"/>
      </w:pPr>
      <w:r>
        <w:t>umie rozwiązywać zadania tekstowe na porównywanie różnicowe (R–D)</w:t>
      </w:r>
    </w:p>
    <w:p>
      <w:pPr>
        <w:pStyle w:val="ListBullet"/>
        <w:ind w:left="360" w:hanging="216"/>
      </w:pPr>
      <w:r>
        <w:t>umie obliczać odjemnik, znając odjemną i różnicę (R)</w:t>
      </w:r>
    </w:p>
    <w:p>
      <w:pPr>
        <w:pStyle w:val="Heading2"/>
      </w:pPr>
      <w:r>
        <w:t>Wymagania na ocenę bardzo dobrą (oprócz spełnienia wymagań na ocenę dobrą). Uczeń:</w:t>
      </w:r>
    </w:p>
    <w:p>
      <w:pPr>
        <w:pStyle w:val="ListBullet"/>
        <w:ind w:left="360" w:hanging="216"/>
      </w:pPr>
      <w:r>
        <w:t>umie rozwiązywać zadania tekstowe z zastosowaniem ułamków do opisu części skończonego zbioru (R –W)</w:t>
      </w:r>
    </w:p>
    <w:p>
      <w:pPr>
        <w:pStyle w:val="ListBullet"/>
        <w:ind w:left="360" w:hanging="216"/>
      </w:pPr>
      <w:r>
        <w:t>umie rozwiązywać zadania tekstowe z zastosowaniem zamiany długości wyrażonych częścią innej jednostki (D–W)</w:t>
      </w:r>
    </w:p>
    <w:p>
      <w:pPr>
        <w:pStyle w:val="ListBullet"/>
        <w:ind w:left="360" w:hanging="216"/>
      </w:pPr>
      <w:r>
        <w:t>umie ustalać jednostkę na osi liczbowej na podstawie danych o  współrzędnych punktów (R–D)</w:t>
      </w:r>
    </w:p>
    <w:p>
      <w:pPr>
        <w:pStyle w:val="ListBullet"/>
        <w:ind w:left="360" w:hanging="216"/>
      </w:pPr>
      <w:r>
        <w:t>umie zaznaczać i odczytywać ułamki o różnych mianownikach na jednej osi liczbowej (D –W)</w:t>
      </w:r>
    </w:p>
    <w:p>
      <w:pPr>
        <w:pStyle w:val="ListBullet"/>
        <w:ind w:left="360" w:hanging="216"/>
      </w:pPr>
      <w:r>
        <w:t>umie rozwiązywać zadania tekstowe z zastosowaniem porównywania ułamków zwykłych (R–W)</w:t>
      </w:r>
    </w:p>
    <w:p>
      <w:pPr>
        <w:pStyle w:val="ListBullet"/>
        <w:ind w:left="360" w:hanging="216"/>
      </w:pPr>
      <w:r>
        <w:t>umie rozwiązywać kryptarytmy (D–W)</w:t>
      </w:r>
    </w:p>
    <w:p>
      <w:pPr>
        <w:pStyle w:val="ListBullet"/>
        <w:ind w:left="360" w:hanging="216"/>
      </w:pPr>
      <w:r>
        <w:t>umie zamieniać liczby mieszane na ułamki niewłaściwe (R–D)</w:t>
      </w:r>
    </w:p>
    <w:p>
      <w:pPr>
        <w:pStyle w:val="ListBullet"/>
        <w:ind w:left="360" w:hanging="216"/>
      </w:pPr>
      <w:r>
        <w:t>umie porównywać liczby przedstawione w postaci ułamków (R–D)</w:t>
      </w:r>
    </w:p>
    <w:p>
      <w:pPr>
        <w:pStyle w:val="ListBullet"/>
        <w:ind w:left="360" w:hanging="216"/>
      </w:pPr>
      <w:r>
        <w:t>umie rozwiązywać zadania tekstowe z zastosowaniem zamiany ułamków zwykłych (R–W)</w:t>
      </w:r>
    </w:p>
    <w:p>
      <w:pPr>
        <w:pStyle w:val="ListBullet"/>
        <w:ind w:left="360" w:hanging="216"/>
      </w:pPr>
      <w:r>
        <w:t>umie porządkować liczby przedstawione w postaci ułamków niewłaściwych i  liczb mieszanych(R–D)</w:t>
      </w:r>
    </w:p>
    <w:p>
      <w:pPr>
        <w:pStyle w:val="ListBullet"/>
        <w:ind w:left="360" w:hanging="216"/>
      </w:pPr>
      <w:r>
        <w:t>umie rozwiązywać zadania tekstowe nawiązujące do dzielenia mniejszej liczby przez większą (R –W)</w:t>
      </w:r>
    </w:p>
    <w:p>
      <w:pPr>
        <w:pStyle w:val="ListBullet"/>
        <w:ind w:left="360" w:hanging="216"/>
      </w:pPr>
      <w:r>
        <w:t>umie odczytywać na osi liczbowej współrzędne ułamków niewłaściwych i liczb mieszanych o różnych mianownikach (D–W)</w:t>
      </w:r>
    </w:p>
    <w:p>
      <w:pPr>
        <w:pStyle w:val="ListBullet"/>
        <w:ind w:left="360" w:hanging="216"/>
      </w:pPr>
      <w:r>
        <w:t>umie rozwiązywać zadania tekstowe z zastosowaniem dodawania ułamków zwykłych (D –W)</w:t>
      </w:r>
    </w:p>
    <w:p>
      <w:pPr>
        <w:pStyle w:val="ListBullet"/>
        <w:ind w:left="360" w:hanging="216"/>
      </w:pPr>
      <w:r>
        <w:t>umie rozwiązywać zadania tekstowe na porównywanie różnicowe (R–D)</w:t>
      </w:r>
    </w:p>
    <w:p>
      <w:pPr>
        <w:pStyle w:val="ListBullet"/>
        <w:ind w:left="360" w:hanging="216"/>
      </w:pPr>
      <w:r>
        <w:t>umie rozwiązywać zadania tekstowe z zastosowaniem odejmowania ułamków zwykłych (D–W)</w:t>
      </w:r>
    </w:p>
    <w:p>
      <w:pPr>
        <w:pStyle w:val="Heading2"/>
      </w:pPr>
      <w:r>
        <w:t>Wymagania na ocenę celującą (oprócz spełnienia wymagań na ocenę bardzo dobrą). Uczeń:</w:t>
      </w:r>
    </w:p>
    <w:p>
      <w:pPr>
        <w:pStyle w:val="ListBullet"/>
        <w:ind w:left="360" w:hanging="216"/>
      </w:pPr>
      <w:r>
        <w:t>umie rozwiązywać zadania tekstowe z zastosowaniem ułamków do opisu części skończonego zbioru (R –W)</w:t>
      </w:r>
    </w:p>
    <w:p>
      <w:pPr>
        <w:pStyle w:val="ListBullet"/>
        <w:ind w:left="360" w:hanging="216"/>
      </w:pPr>
      <w:r>
        <w:t>umie rozwiązywać zadania tekstowe z zastosowaniem zamiany długości wyrażonych częścią innej jednostki (D–W)</w:t>
      </w:r>
    </w:p>
    <w:p>
      <w:pPr>
        <w:pStyle w:val="ListBullet"/>
        <w:ind w:left="360" w:hanging="216"/>
      </w:pPr>
      <w:r>
        <w:t>umie zaznaczać i odczytywać ułamki o różnych mianownikach na jednej osi liczbowej (D –W)</w:t>
      </w:r>
    </w:p>
    <w:p>
      <w:pPr>
        <w:pStyle w:val="ListBullet"/>
        <w:ind w:left="360" w:hanging="216"/>
      </w:pPr>
      <w:r>
        <w:t>umie porównywać ułamki zwykłe o różnych licznikach i mianownikach (W)</w:t>
      </w:r>
    </w:p>
    <w:p>
      <w:pPr>
        <w:pStyle w:val="ListBullet"/>
        <w:ind w:left="360" w:hanging="216"/>
      </w:pPr>
      <w:r>
        <w:t>umie rozwiązywać zadania tekstowe z zastosowaniem porównywania ułamków zwykłych (R –W)</w:t>
      </w:r>
    </w:p>
    <w:p>
      <w:pPr>
        <w:pStyle w:val="ListBullet"/>
        <w:ind w:left="360" w:hanging="216"/>
      </w:pPr>
      <w:r>
        <w:t>umie porównywać ułamki zwykłe o różnych mianownikach (W)</w:t>
      </w:r>
    </w:p>
    <w:p>
      <w:pPr>
        <w:pStyle w:val="ListBullet"/>
        <w:ind w:left="360" w:hanging="216"/>
      </w:pPr>
      <w:r>
        <w:t>umie rozwiązywać kryptarytmy (D–W)</w:t>
      </w:r>
    </w:p>
    <w:p>
      <w:pPr>
        <w:pStyle w:val="ListBullet"/>
        <w:ind w:left="360" w:hanging="216"/>
      </w:pPr>
      <w:r>
        <w:t>umie rozwiązywać zadania tekstowe z zastosowaniem zamiany ułamków zwykłych (R–W)</w:t>
      </w:r>
    </w:p>
    <w:p>
      <w:pPr>
        <w:pStyle w:val="ListBullet"/>
        <w:ind w:left="360" w:hanging="216"/>
      </w:pPr>
      <w:r>
        <w:t>umie rozwiązywać zadania tekstowe nawiązujące do dzielenia mniejszej liczby przez większą (R –W)</w:t>
      </w:r>
    </w:p>
    <w:p>
      <w:pPr>
        <w:pStyle w:val="ListBullet"/>
        <w:ind w:left="360" w:hanging="216"/>
      </w:pPr>
      <w:r>
        <w:t>umie odczytywać na osi liczbowej współrzędne ułamków niewłaściwych i  liczb mieszanych o różnych mianownikach (D–W)</w:t>
      </w:r>
    </w:p>
    <w:p>
      <w:pPr>
        <w:pStyle w:val="ListBullet"/>
        <w:ind w:left="360" w:hanging="216"/>
      </w:pPr>
      <w:r>
        <w:t>umie rozwiązywać zadania tekstowe z zastosowaniem dodawania ułamków zwykłych (D–W)</w:t>
      </w:r>
    </w:p>
    <w:p>
      <w:pPr>
        <w:pStyle w:val="ListBullet"/>
        <w:ind w:left="360" w:hanging="216"/>
      </w:pPr>
      <w:r>
        <w:t>umie rozwiązywać zadania tekstowe z zastosowaniem odejmowania ułamków zwykłych (D–W)</w:t>
      </w:r>
    </w:p>
    <w:p>
      <w:r>
        <w:br w:type="page"/>
      </w:r>
    </w:p>
    <w:p>
      <w:pPr>
        <w:pStyle w:val="Heading1"/>
      </w:pPr>
      <w:r>
        <w:t>Dział 6. Ułamki Dziesiętne</w:t>
      </w:r>
    </w:p>
    <w:p>
      <w:pPr>
        <w:pStyle w:val="Heading2"/>
      </w:pPr>
      <w:r>
        <w:t>Wymagania na ocenę dopuszczającą. Uczeń:</w:t>
      </w:r>
    </w:p>
    <w:p>
      <w:pPr>
        <w:pStyle w:val="ListBullet"/>
        <w:ind w:left="360" w:hanging="216"/>
      </w:pPr>
      <w:r>
        <w:t>zna dwie postaci ułamka dziesiętnego (K)</w:t>
      </w:r>
    </w:p>
    <w:p>
      <w:pPr>
        <w:pStyle w:val="ListBullet"/>
        <w:ind w:left="360" w:hanging="216"/>
      </w:pPr>
      <w:r>
        <w:t>umie zapisywać i odczytywać ułamki dziesiętne (K–P)</w:t>
      </w:r>
    </w:p>
    <w:p>
      <w:pPr>
        <w:pStyle w:val="ListBullet"/>
        <w:ind w:left="360" w:hanging="216"/>
      </w:pPr>
      <w:r>
        <w:t>umie porównywać dwa ułamki dziesiętne o tej samej liczbie cyfr po przecinku (K–P)</w:t>
      </w:r>
    </w:p>
    <w:p>
      <w:pPr>
        <w:pStyle w:val="ListBullet"/>
        <w:ind w:left="360" w:hanging="216"/>
      </w:pPr>
      <w:r>
        <w:t>zna algorytm dodawania pisemnego ułamków dziesiętnych (K)</w:t>
      </w:r>
    </w:p>
    <w:p>
      <w:pPr>
        <w:pStyle w:val="ListBullet"/>
        <w:ind w:left="360" w:hanging="216"/>
      </w:pPr>
      <w:r>
        <w:t>pamięciowo i pisemnie umie dodawać ułamki dziesiętne o jednakowej liczbie cyfr po przecinku (K)</w:t>
      </w:r>
    </w:p>
    <w:p>
      <w:pPr>
        <w:pStyle w:val="ListBullet"/>
        <w:ind w:left="360" w:hanging="216"/>
      </w:pPr>
      <w:r>
        <w:t>zna algorytm odejmowania pisemnego ułamków dziesiętnych (K) Wymagania  na ocenę dostateczną (oprócz spełnienia wymagań na ocenę dopuszczającą) . Uczeń:</w:t>
      </w:r>
    </w:p>
    <w:p>
      <w:pPr>
        <w:pStyle w:val="ListBullet"/>
        <w:ind w:left="360" w:hanging="216"/>
      </w:pPr>
      <w:r>
        <w:t>zna nazwy rzędów po przecinku (P)</w:t>
      </w:r>
    </w:p>
    <w:p>
      <w:pPr>
        <w:pStyle w:val="ListBullet"/>
        <w:ind w:left="360" w:hanging="216"/>
      </w:pPr>
      <w:r>
        <w:t>zna dziesiątkowy układ pozycyjny z rozszerzeniem na części ułamkowe (P)</w:t>
      </w:r>
    </w:p>
    <w:p>
      <w:pPr>
        <w:pStyle w:val="ListBullet"/>
        <w:ind w:left="360" w:hanging="216"/>
      </w:pPr>
      <w:r>
        <w:t>umie zapisywać i odczytywać ułamki dziesiętne (K–P)</w:t>
      </w:r>
    </w:p>
    <w:p>
      <w:pPr>
        <w:pStyle w:val="ListBullet"/>
        <w:ind w:left="360" w:hanging="216"/>
      </w:pPr>
      <w:r>
        <w:t>umie przedstawiać ułamki dziesiętne na osi liczbowej (P)</w:t>
      </w:r>
    </w:p>
    <w:p>
      <w:pPr>
        <w:pStyle w:val="ListBullet"/>
        <w:ind w:left="360" w:hanging="216"/>
      </w:pPr>
      <w:r>
        <w:t>umie zamieniać ułamki dziesiętne na zwykłe (P)</w:t>
      </w:r>
    </w:p>
    <w:p>
      <w:pPr>
        <w:pStyle w:val="ListBullet"/>
        <w:ind w:left="360" w:hanging="216"/>
      </w:pPr>
      <w:r>
        <w:t>umie zapisywać podane kwoty w postaci ułamków dziesiętnych (P)</w:t>
      </w:r>
    </w:p>
    <w:p>
      <w:pPr>
        <w:pStyle w:val="ListBullet"/>
        <w:ind w:left="360" w:hanging="216"/>
      </w:pPr>
      <w:r>
        <w:t>zna pojęcie wyrażenia jednomianowanego i dwumianowanego (P)</w:t>
      </w:r>
    </w:p>
    <w:p>
      <w:pPr>
        <w:pStyle w:val="ListBullet"/>
        <w:ind w:left="360" w:hanging="216"/>
      </w:pPr>
      <w:r>
        <w:t>zna zależności pomiędzy jednostkami długości (P)</w:t>
      </w:r>
    </w:p>
    <w:p>
      <w:pPr>
        <w:pStyle w:val="ListBullet"/>
        <w:ind w:left="360" w:hanging="216"/>
      </w:pPr>
      <w:r>
        <w:t>zna możliwość przedstawiania długości w różny sposób (P)</w:t>
      </w:r>
    </w:p>
    <w:p>
      <w:pPr>
        <w:pStyle w:val="ListBullet"/>
        <w:ind w:left="360" w:hanging="216"/>
      </w:pPr>
      <w:r>
        <w:t>umie zastosować ułamki dziesiętne do wyrażania długości w różnych jednostkach (P)</w:t>
      </w:r>
    </w:p>
    <w:p>
      <w:pPr>
        <w:pStyle w:val="ListBullet"/>
        <w:ind w:left="360" w:hanging="216"/>
      </w:pPr>
      <w:r>
        <w:t>zna zależności pomiędzy jednostkami masy (P)</w:t>
      </w:r>
    </w:p>
    <w:p>
      <w:pPr>
        <w:pStyle w:val="ListBullet"/>
        <w:ind w:left="360" w:hanging="216"/>
      </w:pPr>
      <w:r>
        <w:t>zna możliwość przedstawiania masy w różny sposób (P)</w:t>
      </w:r>
    </w:p>
    <w:p>
      <w:pPr>
        <w:pStyle w:val="ListBullet"/>
        <w:ind w:left="360" w:hanging="216"/>
      </w:pPr>
      <w:r>
        <w:t>umie zastosować ułamki dziesiętne do wyrażania masy w różnych jednostkach (P)</w:t>
      </w:r>
    </w:p>
    <w:p>
      <w:pPr>
        <w:pStyle w:val="ListBullet"/>
        <w:ind w:left="360" w:hanging="216"/>
      </w:pPr>
      <w:r>
        <w:t>zna różne sposoby zapisu tych samych liczb (P)</w:t>
      </w:r>
    </w:p>
    <w:p>
      <w:pPr>
        <w:pStyle w:val="ListBullet"/>
        <w:ind w:left="360" w:hanging="216"/>
      </w:pPr>
      <w:r>
        <w:t>rozumie, że dopisywanie zer na końcu ułamka dziesiętnego ułatwia zamianę jednostek i  nie zmienia wartości liczby (P)</w:t>
      </w:r>
    </w:p>
    <w:p>
      <w:pPr>
        <w:pStyle w:val="ListBullet"/>
        <w:ind w:left="360" w:hanging="216"/>
      </w:pPr>
      <w:r>
        <w:t>umie zapisywać ułamki dziesiętne z  pominięciem końcowych zer (P)</w:t>
      </w:r>
    </w:p>
    <w:p>
      <w:pPr>
        <w:pStyle w:val="ListBullet"/>
        <w:ind w:left="360" w:hanging="216"/>
      </w:pPr>
      <w:r>
        <w:t>zna algorytm porównywania ułamków dziesiętnych (P)</w:t>
      </w:r>
    </w:p>
    <w:p>
      <w:pPr>
        <w:pStyle w:val="ListBullet"/>
        <w:ind w:left="360" w:hanging="216"/>
      </w:pPr>
      <w:r>
        <w:t>umie porównywać dwa ułamki dziesiętne o tej samej liczbie cyfr po przecinku (K–P)</w:t>
      </w:r>
    </w:p>
    <w:p>
      <w:pPr>
        <w:pStyle w:val="ListBullet"/>
        <w:ind w:left="360" w:hanging="216"/>
      </w:pPr>
      <w:r>
        <w:t>pamięciowo i pisemnie umie dodawać ułamki dziesiętne o różnej liczbie cyfr po przecinku (P)</w:t>
      </w:r>
    </w:p>
    <w:p>
      <w:pPr>
        <w:pStyle w:val="ListBullet"/>
        <w:ind w:left="360" w:hanging="216"/>
      </w:pPr>
      <w:r>
        <w:t>umie rozwiązywać zadania tekstowe z zastosowaniem dodawania ułamków dziesiętnych (P)</w:t>
      </w:r>
    </w:p>
    <w:p>
      <w:pPr>
        <w:pStyle w:val="ListBullet"/>
        <w:ind w:left="360" w:hanging="216"/>
      </w:pPr>
      <w:r>
        <w:t>umie porównywać różnicowo (P)</w:t>
      </w:r>
    </w:p>
    <w:p>
      <w:pPr>
        <w:pStyle w:val="ListBullet"/>
        <w:ind w:left="360" w:hanging="216"/>
      </w:pPr>
      <w:r>
        <w:t>umie odejmować pamięciowo i pisemnie ułamki dziesiętne (P)</w:t>
      </w:r>
    </w:p>
    <w:p>
      <w:pPr>
        <w:pStyle w:val="ListBullet"/>
        <w:ind w:left="360" w:hanging="216"/>
      </w:pPr>
      <w:r>
        <w:t>umie sprawdzać poprawność odejmowania (P)</w:t>
      </w:r>
    </w:p>
    <w:p>
      <w:pPr>
        <w:pStyle w:val="ListBullet"/>
        <w:ind w:left="360" w:hanging="216"/>
      </w:pPr>
      <w:r>
        <w:t>umie rozwiązywać zadania tekstowe z zastosowaniem odejmowania ułamków zwykłych (P) Wymagania  na ocenę dobrą (oprócz spełnienia wymagań na ocenę dostateczną). Uczeń:</w:t>
      </w:r>
    </w:p>
    <w:p>
      <w:pPr>
        <w:pStyle w:val="ListBullet"/>
        <w:ind w:left="360" w:hanging="216"/>
      </w:pPr>
      <w:r>
        <w:t>umie zapisywać ułamki dziesiętne, których cyfry spełniają podane warunki (R –D)</w:t>
      </w:r>
    </w:p>
    <w:p>
      <w:pPr>
        <w:pStyle w:val="ListBullet"/>
        <w:ind w:left="360" w:hanging="216"/>
      </w:pPr>
      <w:r>
        <w:t>umie wyrażać długość i masę w różnych jednostkach (R)</w:t>
      </w:r>
    </w:p>
    <w:p>
      <w:pPr>
        <w:pStyle w:val="ListBullet"/>
        <w:ind w:left="360" w:hanging="216"/>
      </w:pPr>
      <w:r>
        <w:t>umie zamieniać wyrażenia dwumianowane na jednomianowane i odwrotnie (R)</w:t>
      </w:r>
    </w:p>
    <w:p>
      <w:pPr>
        <w:pStyle w:val="ListBullet"/>
        <w:ind w:left="360" w:hanging="216"/>
      </w:pPr>
      <w:r>
        <w:t>umie porządkować ułamki dziesiętne (R)</w:t>
      </w:r>
    </w:p>
    <w:p>
      <w:pPr>
        <w:pStyle w:val="ListBullet"/>
        <w:ind w:left="360" w:hanging="216"/>
      </w:pPr>
      <w:r>
        <w:t>umie porównywać dowolne ułamki dziesiętne (R)</w:t>
      </w:r>
    </w:p>
    <w:p>
      <w:pPr>
        <w:pStyle w:val="ListBullet"/>
        <w:ind w:left="360" w:hanging="216"/>
      </w:pPr>
      <w:r>
        <w:t>umie porównywać wielkości podane w różnych jednostkach (R–D)</w:t>
      </w:r>
    </w:p>
    <w:p>
      <w:pPr>
        <w:pStyle w:val="ListBullet"/>
        <w:ind w:left="360" w:hanging="216"/>
      </w:pPr>
      <w:r>
        <w:t>umie określać liczebność zbioru spełniającego podane warunki (R–W)</w:t>
      </w:r>
    </w:p>
    <w:p>
      <w:pPr>
        <w:pStyle w:val="ListBullet"/>
        <w:ind w:left="360" w:hanging="216"/>
      </w:pPr>
      <w:r>
        <w:t>umie rozwiązywać zadania tekstowe na porównywanie różnicowe (R–D)</w:t>
      </w:r>
    </w:p>
    <w:p>
      <w:pPr>
        <w:pStyle w:val="ListBullet"/>
        <w:ind w:left="360" w:hanging="216"/>
      </w:pPr>
      <w:r>
        <w:t>umie obliczać wartości prostych wyrażeń arytmetycznych z uwzględnieniem kolejności działań i nawiasów (R–D)</w:t>
      </w:r>
    </w:p>
    <w:p>
      <w:pPr>
        <w:pStyle w:val="Heading2"/>
      </w:pPr>
      <w:r>
        <w:t>Wymagania na ocenę bardzo dobrą (oprócz spełnienia wymagań na ocenę dobrą). Uczeń:</w:t>
      </w:r>
    </w:p>
    <w:p>
      <w:pPr>
        <w:pStyle w:val="ListBullet"/>
        <w:ind w:left="360" w:hanging="216"/>
      </w:pPr>
      <w:r>
        <w:t>umie zapisywać ułamki dziesiętne, których cyfry spełniają podane warunki (R–D)</w:t>
      </w:r>
    </w:p>
    <w:p>
      <w:pPr>
        <w:pStyle w:val="ListBullet"/>
        <w:ind w:left="360" w:hanging="216"/>
      </w:pPr>
      <w:r>
        <w:t>umie porównywać wielkości podane w różnych jednostkach (R–D)</w:t>
      </w:r>
    </w:p>
    <w:p>
      <w:pPr>
        <w:pStyle w:val="ListBullet"/>
        <w:ind w:left="360" w:hanging="216"/>
      </w:pPr>
      <w:r>
        <w:t>umie znajdować ułamki spełniające zadane warunki (D–W)</w:t>
      </w:r>
    </w:p>
    <w:p>
      <w:pPr>
        <w:pStyle w:val="ListBullet"/>
        <w:ind w:left="360" w:hanging="216"/>
      </w:pPr>
      <w:r>
        <w:t>umie określać liczebność zbioru spełniającego podane warunki (R–W)</w:t>
      </w:r>
    </w:p>
    <w:p>
      <w:pPr>
        <w:pStyle w:val="ListBullet"/>
        <w:ind w:left="360" w:hanging="216"/>
      </w:pPr>
      <w:r>
        <w:t>umie rozwiązywać zadania z zastosowaniem dodawania ułamków dziesiętnych (D–W)</w:t>
      </w:r>
    </w:p>
    <w:p>
      <w:pPr>
        <w:pStyle w:val="ListBullet"/>
        <w:ind w:left="360" w:hanging="216"/>
      </w:pPr>
      <w:r>
        <w:t>umie rozwiązywać zadania tekstowe na porównywanie różnicowe (R–D)</w:t>
      </w:r>
    </w:p>
    <w:p>
      <w:pPr>
        <w:pStyle w:val="ListBullet"/>
        <w:ind w:left="360" w:hanging="216"/>
      </w:pPr>
      <w:r>
        <w:t>umie obliczać wartości prostych wyrażeń arytmetycznych z uwzględnieniem kolejności działań i nawiasów (R–D)</w:t>
      </w:r>
    </w:p>
    <w:p>
      <w:pPr>
        <w:pStyle w:val="ListBullet"/>
        <w:ind w:left="360" w:hanging="216"/>
      </w:pPr>
      <w:r>
        <w:t>rozwiązywać zadania tekstowe z zastosowaniem odejmowania ułamków dziesiętnych (D–W)</w:t>
      </w:r>
    </w:p>
    <w:p>
      <w:pPr>
        <w:pStyle w:val="Heading2"/>
      </w:pPr>
      <w:r>
        <w:t>Wymagania na ocenę celującą (oprócz spełnienia wymagań na ocenę bardzo dobrą). Uczeń:</w:t>
      </w:r>
    </w:p>
    <w:p>
      <w:pPr>
        <w:pStyle w:val="ListBullet"/>
        <w:ind w:left="360" w:hanging="216"/>
      </w:pPr>
      <w:r>
        <w:t>umie obliczać współrzędną liczby zaznaczonej na osi liczbowej, mając dane współrzędne dwóch innych liczb (W)</w:t>
      </w:r>
    </w:p>
    <w:p>
      <w:pPr>
        <w:pStyle w:val="ListBullet"/>
        <w:ind w:left="360" w:hanging="216"/>
      </w:pPr>
      <w:r>
        <w:t>umie rozwiązywać zadania tekstowe z zastosowaniem ułamków dziesiętnych (W)</w:t>
      </w:r>
    </w:p>
    <w:p>
      <w:pPr>
        <w:pStyle w:val="ListBullet"/>
        <w:ind w:left="360" w:hanging="216"/>
      </w:pPr>
      <w:r>
        <w:t>umie ustalać zależności pomiędzy nietypowymi jednostkami długości (W)</w:t>
      </w:r>
    </w:p>
    <w:p>
      <w:pPr>
        <w:pStyle w:val="ListBullet"/>
        <w:ind w:left="360" w:hanging="216"/>
      </w:pPr>
      <w:r>
        <w:t>umie zastosować ułamki dziesiętne do wyrażania masy w różnych jednostkach (W)</w:t>
      </w:r>
    </w:p>
    <w:p>
      <w:pPr>
        <w:pStyle w:val="ListBullet"/>
        <w:ind w:left="360" w:hanging="216"/>
      </w:pPr>
      <w:r>
        <w:t>umie znajdować ułamki spełniające zadane warunki (D–W)</w:t>
      </w:r>
    </w:p>
    <w:p>
      <w:pPr>
        <w:pStyle w:val="ListBullet"/>
        <w:ind w:left="360" w:hanging="216"/>
      </w:pPr>
      <w:r>
        <w:t>umie określać liczebność zbioru spełniającego podane warunki (R–W)</w:t>
      </w:r>
    </w:p>
    <w:p>
      <w:pPr>
        <w:pStyle w:val="ListBullet"/>
        <w:ind w:left="360" w:hanging="216"/>
      </w:pPr>
      <w:r>
        <w:t>umie rozwiązywać zadania z zastosowaniem dodawania ułamków dziesiętnych (D–W)</w:t>
      </w:r>
    </w:p>
    <w:p>
      <w:pPr>
        <w:pStyle w:val="ListBullet"/>
        <w:ind w:left="360" w:hanging="216"/>
      </w:pPr>
      <w:r>
        <w:t>rozwiązywać zadania tekstowe z zastosowaniem odejmowania ułamków dziesiętnych (D–W)</w:t>
      </w:r>
    </w:p>
    <w:p>
      <w:r>
        <w:br w:type="page"/>
      </w:r>
    </w:p>
    <w:p>
      <w:pPr>
        <w:pStyle w:val="Heading1"/>
      </w:pPr>
      <w:r>
        <w:t>Dział 7. Pola Figur</w:t>
      </w:r>
    </w:p>
    <w:p>
      <w:pPr>
        <w:pStyle w:val="Heading2"/>
      </w:pPr>
      <w:r>
        <w:t>Wymagania na ocenę dopuszczającą. Uczeń:</w:t>
      </w:r>
    </w:p>
    <w:p>
      <w:pPr>
        <w:pStyle w:val="ListBullet"/>
        <w:ind w:left="360" w:hanging="216"/>
      </w:pPr>
      <w:r>
        <w:t>zna pojęcie kwadratu jednostkowego (K)</w:t>
      </w:r>
    </w:p>
    <w:p>
      <w:pPr>
        <w:pStyle w:val="ListBullet"/>
        <w:ind w:left="360" w:hanging="216"/>
      </w:pPr>
      <w:r>
        <w:t>zna pojęcie pola jako liczby kwadratów jednostkowych (K)</w:t>
      </w:r>
    </w:p>
    <w:p>
      <w:pPr>
        <w:pStyle w:val="ListBullet"/>
        <w:ind w:left="360" w:hanging="216"/>
      </w:pPr>
      <w:r>
        <w:t>umie mierzyć pola figur kwadratami jednostkowymi (K)</w:t>
      </w:r>
    </w:p>
    <w:p>
      <w:pPr>
        <w:pStyle w:val="ListBullet"/>
        <w:ind w:left="360" w:hanging="216"/>
      </w:pPr>
      <w:r>
        <w:t>zna jednostki pola (K)</w:t>
      </w:r>
    </w:p>
    <w:p>
      <w:pPr>
        <w:pStyle w:val="ListBullet"/>
        <w:ind w:left="360" w:hanging="216"/>
      </w:pPr>
      <w:r>
        <w:t>zna algorytm obliczania pola prostokąta i kwadratu (K)</w:t>
      </w:r>
    </w:p>
    <w:p>
      <w:pPr>
        <w:pStyle w:val="ListBullet"/>
        <w:ind w:left="360" w:hanging="216"/>
      </w:pPr>
      <w:r>
        <w:t>umie obliczać pola prostokątów i kwadratów (K–P) Wymagania  na ocenę dostateczną (oprócz spełnienia wymagań na ocenę dopuszczającą) . Uczeń:</w:t>
      </w:r>
    </w:p>
    <w:p>
      <w:pPr>
        <w:pStyle w:val="ListBullet"/>
        <w:ind w:left="360" w:hanging="216"/>
      </w:pPr>
      <w:r>
        <w:t>umie mierzyć pola figur trójkątami jednostkowymi itp. (P)</w:t>
      </w:r>
    </w:p>
    <w:p>
      <w:pPr>
        <w:pStyle w:val="ListBullet"/>
        <w:ind w:left="360" w:hanging="216"/>
      </w:pPr>
      <w:r>
        <w:t>umie budować figury z kwadratów jednostkowych (P)</w:t>
      </w:r>
    </w:p>
    <w:p>
      <w:pPr>
        <w:pStyle w:val="ListBullet"/>
        <w:ind w:left="360" w:hanging="216"/>
      </w:pPr>
      <w:r>
        <w:t>umie obliczać pola prostokątów i kwadratów (K–P)</w:t>
      </w:r>
    </w:p>
    <w:p>
      <w:pPr>
        <w:pStyle w:val="ListBullet"/>
        <w:ind w:left="360" w:hanging="216"/>
      </w:pPr>
      <w:r>
        <w:t>zna zależności pomiędzy jednostkami pola (P)</w:t>
      </w:r>
    </w:p>
    <w:p>
      <w:pPr>
        <w:pStyle w:val="ListBullet"/>
        <w:ind w:left="360" w:hanging="216"/>
      </w:pPr>
      <w:r>
        <w:t>zna pojęcie ara i hektara (P) Wymagania  na ocenę dobrą (oprócz spełnienia wymagań na ocenę dostateczną). Uczeń:</w:t>
      </w:r>
    </w:p>
    <w:p>
      <w:pPr>
        <w:pStyle w:val="ListBullet"/>
        <w:ind w:left="360" w:hanging="216"/>
      </w:pPr>
      <w:r>
        <w:t>umie obliczać długość boku kwadratu, znając jego pole (R)</w:t>
      </w:r>
    </w:p>
    <w:p>
      <w:pPr>
        <w:pStyle w:val="ListBullet"/>
        <w:ind w:left="360" w:hanging="216"/>
      </w:pPr>
      <w:r>
        <w:t>umie obliczać długość boku prostokąta, znając jego pole i długość drugiego boku (R–D)</w:t>
      </w:r>
    </w:p>
    <w:p>
      <w:pPr>
        <w:pStyle w:val="ListBullet"/>
        <w:ind w:left="360" w:hanging="216"/>
      </w:pPr>
      <w:r>
        <w:t>umie zamieniać jednostki pola (R–D)</w:t>
      </w:r>
    </w:p>
    <w:p>
      <w:pPr>
        <w:pStyle w:val="ListBullet"/>
        <w:ind w:left="360" w:hanging="216"/>
      </w:pPr>
      <w:r>
        <w:t>umie porównywać pola figur wyrażone w różnych jednostkach (R–D)</w:t>
      </w:r>
    </w:p>
    <w:p>
      <w:pPr>
        <w:pStyle w:val="ListBullet"/>
        <w:ind w:left="360" w:hanging="216"/>
      </w:pPr>
      <w:r>
        <w:t>umie obliczać pola figur złożonych z jednakowych modułów i ich części (R–D)</w:t>
      </w:r>
    </w:p>
    <w:p>
      <w:pPr>
        <w:pStyle w:val="Heading2"/>
      </w:pPr>
      <w:r>
        <w:t>Wymagania na ocenę bardzo dobrą (oprócz spełnienia wymagań na ocenę dobrą). Uczeń:</w:t>
      </w:r>
    </w:p>
    <w:p>
      <w:pPr>
        <w:pStyle w:val="ListBullet"/>
        <w:ind w:left="360" w:hanging="216"/>
      </w:pPr>
      <w:r>
        <w:t>umie obliczać pola figur złożonych z kilku prostokątów (D)</w:t>
      </w:r>
    </w:p>
    <w:p>
      <w:pPr>
        <w:pStyle w:val="ListBullet"/>
        <w:ind w:left="360" w:hanging="216"/>
      </w:pPr>
      <w:r>
        <w:t>umie obliczać długość boku prostokąta, znając jego pole i długość drugiego boku (R–D)</w:t>
      </w:r>
    </w:p>
    <w:p>
      <w:pPr>
        <w:pStyle w:val="ListBullet"/>
        <w:ind w:left="360" w:hanging="216"/>
      </w:pPr>
      <w:r>
        <w:t>umie zamieniać jednostki pola (R–D)</w:t>
      </w:r>
    </w:p>
    <w:p>
      <w:pPr>
        <w:pStyle w:val="ListBullet"/>
        <w:ind w:left="360" w:hanging="216"/>
      </w:pPr>
      <w:r>
        <w:t>umie porównywać pola figur wyrażone w różnych jednostkach (R–D)</w:t>
      </w:r>
    </w:p>
    <w:p>
      <w:pPr>
        <w:pStyle w:val="ListBullet"/>
        <w:ind w:left="360" w:hanging="216"/>
      </w:pPr>
      <w:r>
        <w:t>umie szacować pola figur nieregularnych pokrytych siatkami kwadratów jednostkowych (D)</w:t>
      </w:r>
    </w:p>
    <w:p>
      <w:pPr>
        <w:pStyle w:val="ListBullet"/>
        <w:ind w:left="360" w:hanging="216"/>
      </w:pPr>
      <w:r>
        <w:t>umie określać pola wielokątów wypełnionych siatkami kwadratów jednostkowyc h (D–W)</w:t>
      </w:r>
    </w:p>
    <w:p>
      <w:pPr>
        <w:pStyle w:val="ListBullet"/>
        <w:ind w:left="360" w:hanging="216"/>
      </w:pPr>
      <w:r>
        <w:t>umie rysować figury o danym polu (D–W)</w:t>
      </w:r>
    </w:p>
    <w:p>
      <w:pPr>
        <w:pStyle w:val="ListBullet"/>
        <w:ind w:left="360" w:hanging="216"/>
      </w:pPr>
      <w:r>
        <w:t>umie układać figury tangramowe (D)</w:t>
      </w:r>
    </w:p>
    <w:p>
      <w:pPr>
        <w:pStyle w:val="Heading2"/>
      </w:pPr>
      <w:r>
        <w:t>Wymagania na ocenę celującą (oprócz spełnienia wymagań na ocenę bardzo dobrą). Uczeń:</w:t>
      </w:r>
    </w:p>
    <w:p>
      <w:pPr>
        <w:pStyle w:val="ListBullet"/>
        <w:ind w:left="360" w:hanging="216"/>
      </w:pPr>
      <w:r>
        <w:t>umie rozwiązywać zadania tekstowe z zastosowaniem pojęcia pola (W)</w:t>
      </w:r>
    </w:p>
    <w:p>
      <w:pPr>
        <w:pStyle w:val="ListBullet"/>
        <w:ind w:left="360" w:hanging="216"/>
      </w:pPr>
      <w:r>
        <w:t>umie wskazywać wśród prostokątów ten, którego obwód jest najmniejszy itp. (W)</w:t>
      </w:r>
    </w:p>
    <w:p>
      <w:pPr>
        <w:pStyle w:val="ListBullet"/>
        <w:ind w:left="360" w:hanging="216"/>
      </w:pPr>
      <w:r>
        <w:t>umie określać pola wielokątów wypełnionych siatkami kwadratów jednostkowych (D –W)</w:t>
      </w:r>
    </w:p>
    <w:p>
      <w:pPr>
        <w:pStyle w:val="ListBullet"/>
        <w:ind w:left="360" w:hanging="216"/>
      </w:pPr>
      <w:r>
        <w:t>umie rysować figury o danym polu (D–W)</w:t>
      </w:r>
    </w:p>
    <w:p>
      <w:r>
        <w:br w:type="page"/>
      </w:r>
    </w:p>
    <w:p>
      <w:pPr>
        <w:pStyle w:val="Heading1"/>
      </w:pPr>
      <w:r>
        <w:t>Dział 8. Prostopadłościany I Sześciany</w:t>
      </w:r>
    </w:p>
    <w:p>
      <w:pPr>
        <w:pStyle w:val="Heading2"/>
      </w:pPr>
      <w:r>
        <w:t>Wymagania na ocenę dopuszczającą. Uczeń:</w:t>
      </w:r>
    </w:p>
    <w:p>
      <w:pPr>
        <w:pStyle w:val="ListBullet"/>
        <w:ind w:left="360" w:hanging="216"/>
      </w:pPr>
      <w:r>
        <w:t>zna pojęcie prostopadłościanu (K)</w:t>
      </w:r>
    </w:p>
    <w:p>
      <w:pPr>
        <w:pStyle w:val="ListBullet"/>
        <w:ind w:left="360" w:hanging="216"/>
      </w:pPr>
      <w:r>
        <w:t>umie wyróżniać prostopadłościany spośród figur przestrzennych (K) Wymagania  na ocenę dostateczną (oprócz spełnienia wymagań na ocenę dopuszczającą) . Uczeń:</w:t>
      </w:r>
    </w:p>
    <w:p>
      <w:pPr>
        <w:pStyle w:val="ListBullet"/>
        <w:ind w:left="360" w:hanging="216"/>
      </w:pPr>
      <w:r>
        <w:t>zna elementy budowy prostopadłościanu (P)</w:t>
      </w:r>
    </w:p>
    <w:p>
      <w:pPr>
        <w:pStyle w:val="ListBullet"/>
        <w:ind w:left="360" w:hanging="216"/>
      </w:pPr>
      <w:r>
        <w:t>umie wyróżniać sześciany spośród figur przestrzennych (P)</w:t>
      </w:r>
    </w:p>
    <w:p>
      <w:pPr>
        <w:pStyle w:val="ListBullet"/>
        <w:ind w:left="360" w:hanging="216"/>
      </w:pPr>
      <w:r>
        <w:t>umie wskazywać elementy budowy prostopadłościanu (P)</w:t>
      </w:r>
    </w:p>
    <w:p>
      <w:pPr>
        <w:pStyle w:val="ListBullet"/>
        <w:ind w:left="360" w:hanging="216"/>
      </w:pPr>
      <w:r>
        <w:t>umie wskazywać w prostopadłościanie ściany prostopadłe i  równoległe oraz krawędzie prostopadłe i równoległe na modelu (P)</w:t>
      </w:r>
    </w:p>
    <w:p>
      <w:pPr>
        <w:pStyle w:val="ListBullet"/>
        <w:ind w:left="360" w:hanging="216"/>
      </w:pPr>
      <w:r>
        <w:t>obliczać sumę długości krawędzi sześcianu (P)</w:t>
      </w:r>
    </w:p>
    <w:p>
      <w:pPr>
        <w:pStyle w:val="ListBullet"/>
        <w:ind w:left="360" w:hanging="216"/>
      </w:pPr>
      <w:r>
        <w:t>zna pojęcie siatki prostopadłościanu (P)</w:t>
      </w:r>
    </w:p>
    <w:p>
      <w:pPr>
        <w:pStyle w:val="ListBullet"/>
        <w:ind w:left="360" w:hanging="216"/>
      </w:pPr>
      <w:r>
        <w:t>umie rysować siatki prostopadłościanów i sześcianów (P)</w:t>
      </w:r>
    </w:p>
    <w:p>
      <w:pPr>
        <w:pStyle w:val="ListBullet"/>
        <w:ind w:left="360" w:hanging="216"/>
      </w:pPr>
      <w:r>
        <w:t>umie projektować siatki sześcianów (P)</w:t>
      </w:r>
    </w:p>
    <w:p>
      <w:pPr>
        <w:pStyle w:val="ListBullet"/>
        <w:ind w:left="360" w:hanging="216"/>
      </w:pPr>
      <w:r>
        <w:t>umie sklejać modele z zaprojektowanych siatek (P)</w:t>
      </w:r>
    </w:p>
    <w:p>
      <w:pPr>
        <w:pStyle w:val="ListBullet"/>
        <w:ind w:left="360" w:hanging="216"/>
      </w:pPr>
      <w:r>
        <w:t>zna sposób obliczania pól powierzchni prostopadłościanów i sześcianów (P)</w:t>
      </w:r>
    </w:p>
    <w:p>
      <w:pPr>
        <w:pStyle w:val="ListBullet"/>
        <w:ind w:left="360" w:hanging="216"/>
      </w:pPr>
      <w:r>
        <w:t>umie obliczać pola powierzchni sześcianów (P)</w:t>
      </w:r>
    </w:p>
    <w:p>
      <w:pPr>
        <w:pStyle w:val="ListBullet"/>
        <w:ind w:left="360" w:hanging="216"/>
      </w:pPr>
      <w:r>
        <w:t>umie obliczać pola powierzchni prostopadłościanów na podstawie siatki (P)</w:t>
      </w:r>
    </w:p>
    <w:p>
      <w:pPr>
        <w:pStyle w:val="ListBullet"/>
        <w:ind w:left="360" w:hanging="216"/>
      </w:pPr>
      <w:r>
        <w:t>umie rozwiązywać proste zadania tekstowe z zastosowaniem pól powierzchni prostopadłościanów (P) Wymagania  na ocenę dobrą (oprócz spełnienia wymagań na ocenę dostateczną). Uczeń:</w:t>
      </w:r>
    </w:p>
    <w:p>
      <w:pPr>
        <w:pStyle w:val="ListBullet"/>
        <w:ind w:left="360" w:hanging="216"/>
      </w:pPr>
      <w:r>
        <w:t>umie obliczać sumę długości krawędzi prostopadłościanu (R)</w:t>
      </w:r>
    </w:p>
    <w:p>
      <w:pPr>
        <w:pStyle w:val="ListBullet"/>
        <w:ind w:left="360" w:hanging="216"/>
      </w:pPr>
      <w:r>
        <w:t>umie rysować prostopadłościan w rzucie równoległym (R–D)</w:t>
      </w:r>
    </w:p>
    <w:p>
      <w:pPr>
        <w:pStyle w:val="ListBullet"/>
        <w:ind w:left="360" w:hanging="216"/>
      </w:pPr>
      <w:r>
        <w:t>umie wskazywać w prostopadłościanie ściany prostopadłe i  równoległe oraz krawędzie prostopadłe i równoległe na rysunku (R)</w:t>
      </w:r>
    </w:p>
    <w:p>
      <w:pPr>
        <w:pStyle w:val="ListBullet"/>
        <w:ind w:left="360" w:hanging="216"/>
      </w:pPr>
      <w:r>
        <w:t>umie określać wymiary prostopadłościanów zbudowanych z sześcianów (R–D)</w:t>
      </w:r>
    </w:p>
    <w:p>
      <w:pPr>
        <w:pStyle w:val="ListBullet"/>
        <w:ind w:left="360" w:hanging="216"/>
      </w:pPr>
      <w:r>
        <w:t>umie szkicować widoki brył składających się z kilku prostopadłościanów lub układać bryły na podstawie ich widoków (R–D)</w:t>
      </w:r>
    </w:p>
    <w:p>
      <w:pPr>
        <w:pStyle w:val="ListBullet"/>
        <w:ind w:left="360" w:hanging="216"/>
      </w:pPr>
      <w:r>
        <w:t>umie obliczać długość krawędzi sześcianu, znając sumę wszystkich jego krawędzi (R)</w:t>
      </w:r>
    </w:p>
    <w:p>
      <w:pPr>
        <w:pStyle w:val="ListBullet"/>
        <w:ind w:left="360" w:hanging="216"/>
      </w:pPr>
      <w:r>
        <w:t>umie projektować siatki prostopadłościanów (R)</w:t>
      </w:r>
    </w:p>
    <w:p>
      <w:pPr>
        <w:pStyle w:val="ListBullet"/>
        <w:ind w:left="360" w:hanging="216"/>
      </w:pPr>
      <w:r>
        <w:t>umie projektować siatki prostopadłościanów i sześcianów w skali (R–D)</w:t>
      </w:r>
    </w:p>
    <w:p>
      <w:pPr>
        <w:pStyle w:val="ListBullet"/>
        <w:ind w:left="360" w:hanging="216"/>
      </w:pPr>
      <w:r>
        <w:t>umie wskazywać na siatkach ściany prostopadłe i równoległe (R-D)</w:t>
      </w:r>
    </w:p>
    <w:p>
      <w:pPr>
        <w:pStyle w:val="ListBullet"/>
        <w:ind w:left="360" w:hanging="216"/>
      </w:pPr>
      <w:r>
        <w:t>umie podawać wymiary prostopadłościanów na podstawie siatek (R)</w:t>
      </w:r>
    </w:p>
    <w:p>
      <w:pPr>
        <w:pStyle w:val="ListBullet"/>
        <w:ind w:left="360" w:hanging="216"/>
      </w:pPr>
      <w:r>
        <w:t>umie obliczać pola powierzchni prostopadłościanów bez rysunku siatki (R)</w:t>
      </w:r>
    </w:p>
    <w:p>
      <w:pPr>
        <w:pStyle w:val="ListBullet"/>
        <w:ind w:left="360" w:hanging="216"/>
      </w:pPr>
      <w:r>
        <w:t>umie rozwiązywać zadania tekstowe z zastosowaniem pól powierzchni prostopadłościanów (R-W)</w:t>
      </w:r>
    </w:p>
    <w:p>
      <w:pPr>
        <w:pStyle w:val="Heading2"/>
      </w:pPr>
      <w:r>
        <w:t>Wymagania na ocenę bardzo dobrą (oprócz spełnienia wymagań na ocenę dobrą). Uczeń:</w:t>
      </w:r>
    </w:p>
    <w:p>
      <w:pPr>
        <w:pStyle w:val="ListBullet"/>
        <w:ind w:left="360" w:hanging="216"/>
      </w:pPr>
      <w:r>
        <w:t>umie obliczać długość trzeciej krawędzi prostopadłościanu, znając sumę wszystkich jego krawędzi oraz długość dwóch innych (D)</w:t>
      </w:r>
    </w:p>
    <w:p>
      <w:pPr>
        <w:pStyle w:val="ListBullet"/>
        <w:ind w:left="360" w:hanging="216"/>
      </w:pPr>
      <w:r>
        <w:t>umie rysować prostopadłościan w rzucie równoległym (R–D)</w:t>
      </w:r>
    </w:p>
    <w:p>
      <w:pPr>
        <w:pStyle w:val="ListBullet"/>
        <w:ind w:left="360" w:hanging="216"/>
      </w:pPr>
      <w:r>
        <w:t>umie rozwiązywać zadania z treścią dotyczące długości krawędzi prostopadłościanów (D-W)</w:t>
      </w:r>
    </w:p>
    <w:p>
      <w:pPr>
        <w:pStyle w:val="ListBullet"/>
        <w:ind w:left="360" w:hanging="216"/>
      </w:pPr>
      <w:r>
        <w:t>umie określać wymiary prostopadłościanów zbudowanych z sześcianów (R–D)</w:t>
      </w:r>
    </w:p>
    <w:p>
      <w:pPr>
        <w:pStyle w:val="ListBullet"/>
        <w:ind w:left="360" w:hanging="216"/>
      </w:pPr>
      <w:r>
        <w:t>umie charakteryzować prostopadłościany, mając informacje o części ścian (D)</w:t>
      </w:r>
    </w:p>
    <w:p>
      <w:pPr>
        <w:pStyle w:val="ListBullet"/>
        <w:ind w:left="360" w:hanging="216"/>
      </w:pPr>
      <w:r>
        <w:t>umie szkicować widoki brył składających się z kilku prostopadłościanów lub układać bryły na podstawie ich widoków (R–D)</w:t>
      </w:r>
    </w:p>
    <w:p>
      <w:pPr>
        <w:pStyle w:val="ListBullet"/>
        <w:ind w:left="360" w:hanging="216"/>
      </w:pPr>
      <w:r>
        <w:t>umie projektować siatki prostopadłościanów i sześcianów w skali (R–D)</w:t>
      </w:r>
    </w:p>
    <w:p>
      <w:pPr>
        <w:pStyle w:val="ListBullet"/>
        <w:ind w:left="360" w:hanging="216"/>
      </w:pPr>
      <w:r>
        <w:t>umie wskazywać na siatkach ściany prostopadłe i równoległe (R-D)</w:t>
      </w:r>
    </w:p>
    <w:p>
      <w:pPr>
        <w:pStyle w:val="ListBullet"/>
        <w:ind w:left="360" w:hanging="216"/>
      </w:pPr>
      <w:r>
        <w:t>umie rozwiązywać zadania tekstowe z zastosowaniem pól powierzchni prostopadłościanów (R-W)</w:t>
      </w:r>
    </w:p>
    <w:p>
      <w:pPr>
        <w:pStyle w:val="ListBullet"/>
        <w:ind w:left="360" w:hanging="216"/>
      </w:pPr>
      <w:r>
        <w:t>umie obliczać długość krawędzi sześcianu, znając jego pole powierzchni (D)</w:t>
      </w:r>
    </w:p>
    <w:p>
      <w:pPr>
        <w:pStyle w:val="Heading2"/>
      </w:pPr>
      <w:r>
        <w:t>Wymagania na ocenę celującą (oprócz spełnienia wymagań na ocenę bardzo dobrą). Uczeń:</w:t>
      </w:r>
    </w:p>
    <w:p>
      <w:pPr>
        <w:pStyle w:val="ListBullet"/>
        <w:ind w:left="360" w:hanging="216"/>
      </w:pPr>
      <w:r>
        <w:t>umie rozwiązywać zadania z treścią dotyczące długości krawędzi prostopadłościanów (D-W)</w:t>
      </w:r>
    </w:p>
    <w:p>
      <w:pPr>
        <w:pStyle w:val="ListBullet"/>
        <w:ind w:left="360" w:hanging="216"/>
      </w:pPr>
      <w:r>
        <w:t>umie stwierdzać, czy rysunek przedstawia siatkę sześcianu (W)</w:t>
      </w:r>
    </w:p>
    <w:p>
      <w:pPr>
        <w:pStyle w:val="ListBullet"/>
        <w:ind w:left="360" w:hanging="216"/>
      </w:pPr>
      <w:r>
        <w:t>umie rozwiązywać zadania tekstowe z zastosowaniem pól powierzchni prostopadłościanów (R-W)</w:t>
      </w:r>
    </w:p>
    <w:p>
      <w:pPr>
        <w:pStyle w:val="ListBullet"/>
        <w:ind w:left="360" w:hanging="216"/>
      </w:pPr>
      <w:r>
        <w:t>umie obliczać pola powierzchni brył złożonych z prostopadłościanów (W)</w:t>
      </w:r>
    </w:p>
    <w:p>
      <w:pPr>
        <w:pStyle w:val="ListBullet"/>
        <w:ind w:left="360" w:hanging="216"/>
      </w:pPr>
      <w:r>
        <w:t>umie obliczać pole bryły powstałej w wyniku wycięcia sześcianu z prostopadłościanu (W)</w:t>
      </w:r>
    </w:p>
    <w:sectPr w:rsidR="00FC693F" w:rsidRPr="0006063C" w:rsidSect="00034616">
      <w:footerReference w:type="default" r:id="rId9"/>
      <w:pgSz w:w="12240" w:h="15840"/>
      <w:pgMar w:top="936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6"/>
      </w:rPr>
      <w:t xml:space="preserve">Matematyka – wymagania edukacyjne, klasa IV  • 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F559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